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sz w:val="42"/>
        </w:rPr>
        <w:t>[NOMBRE Y APELLIDO]</w:t>
      </w:r>
    </w:p>
    <w:p>
      <w:pPr>
        <w:spacing w:after="120"/>
        <w:jc w:val="left"/>
      </w:pPr>
      <w:r>
        <w:rPr>
          <w:color w:val="475569"/>
          <w:sz w:val="24"/>
        </w:rPr>
        <w:t>[Puesto al que te postulás]</w:t>
      </w:r>
    </w:p>
    <w:p>
      <w:pPr>
        <w:spacing w:after="40"/>
      </w:pPr>
      <w:r>
        <w:t>[Localidad], [provincia] | [teléfono] | [correo electrónico] | DNI [número]</w:t>
      </w:r>
    </w:p>
    <w:p>
      <w:pPr>
        <w:spacing w:before="240" w:after="60"/>
      </w:pPr>
      <w:r>
        <w:rPr>
          <w:b/>
          <w:color w:val="0F172A"/>
          <w:sz w:val="21"/>
        </w:rPr>
        <w:t>PERFIL PROFESIONAL</w:t>
      </w:r>
    </w:p>
    <w:p>
      <w:r>
        <w:t>[Escribí de 3 a 5 líneas: a qué te dedicás, cuántos años de experiencia tenés, en qué rubro, dos o tres fortalezas y qué puesto estás buscando.] [Usá las mismas palabras que aparecen en el aviso.]</w:t>
      </w:r>
    </w:p>
    <w:p>
      <w:pPr>
        <w:spacing w:before="240" w:after="60"/>
      </w:pPr>
      <w:r>
        <w:rPr>
          <w:b/>
          <w:color w:val="0F172A"/>
          <w:sz w:val="21"/>
        </w:rPr>
        <w:t>EXPERIENCIA LABORAL</w:t>
      </w:r>
    </w:p>
    <w:p>
      <w:pPr>
        <w:spacing w:after="40"/>
      </w:pPr>
      <w:r>
        <w:t>[Puesto] - [Empresa], [localidad]</w:t>
      </w:r>
    </w:p>
    <w:p>
      <w:pPr>
        <w:spacing w:after="40"/>
      </w:pPr>
      <w:r>
        <w:t>[mes y año de ingreso] a [mes y año de egreso]</w:t>
      </w:r>
    </w:p>
    <w:p>
      <w:pPr>
        <w:pStyle w:val="ListBullet"/>
        <w:spacing w:after="40"/>
      </w:pPr>
      <w:r>
        <w:t>[Tarea o logro principal]</w:t>
      </w:r>
    </w:p>
    <w:p>
      <w:pPr>
        <w:pStyle w:val="ListBullet"/>
        <w:spacing w:after="40"/>
      </w:pPr>
      <w:r>
        <w:t>[Segunda tarea o logro]</w:t>
      </w:r>
    </w:p>
    <w:p>
      <w:pPr>
        <w:pStyle w:val="ListBullet"/>
        <w:spacing w:after="40"/>
      </w:pPr>
      <w:r>
        <w:t>[Tercera tarea o logro]</w:t>
      </w:r>
    </w:p>
    <w:p>
      <w:pPr>
        <w:spacing w:after="40"/>
      </w:pPr>
      <w:r>
        <w:t>[Puesto] - [Empresa], [localidad]</w:t>
      </w:r>
    </w:p>
    <w:p>
      <w:pPr>
        <w:spacing w:after="40"/>
      </w:pPr>
      <w:r>
        <w:t>[mes y año de ingreso] a [mes y año de egreso]</w:t>
      </w:r>
    </w:p>
    <w:p>
      <w:pPr>
        <w:pStyle w:val="ListBullet"/>
        <w:spacing w:after="40"/>
      </w:pPr>
      <w:r>
        <w:t>[Tarea o logro principal]</w:t>
      </w:r>
    </w:p>
    <w:p>
      <w:pPr>
        <w:pStyle w:val="ListBullet"/>
        <w:spacing w:after="40"/>
      </w:pPr>
      <w:r>
        <w:t>[Segunda tarea o logro]</w:t>
      </w:r>
    </w:p>
    <w:p>
      <w:pPr>
        <w:pStyle w:val="ListBullet"/>
        <w:spacing w:after="40"/>
      </w:pPr>
      <w:r>
        <w:t>[Tercera tarea o logro]</w:t>
      </w:r>
    </w:p>
    <w:p>
      <w:pPr>
        <w:spacing w:after="40"/>
      </w:pPr>
      <w:r>
        <w:t>[Puesto] - [Empresa], [localidad]</w:t>
      </w:r>
    </w:p>
    <w:p>
      <w:pPr>
        <w:spacing w:after="40"/>
      </w:pPr>
      <w:r>
        <w:t>[mes y año de ingreso] a [mes y año de egreso]</w:t>
      </w:r>
    </w:p>
    <w:p>
      <w:pPr>
        <w:pStyle w:val="ListBullet"/>
        <w:spacing w:after="40"/>
      </w:pPr>
      <w:r>
        <w:t>[Tarea o logro principal]</w:t>
      </w:r>
    </w:p>
    <w:p>
      <w:pPr>
        <w:pStyle w:val="ListBullet"/>
        <w:spacing w:after="40"/>
      </w:pPr>
      <w:r>
        <w:t>[Segunda tarea o logro]</w:t>
      </w:r>
    </w:p>
    <w:p>
      <w:pPr>
        <w:pStyle w:val="ListBullet"/>
        <w:spacing w:after="40"/>
      </w:pPr>
      <w:r>
        <w:t>[Tercera tarea o logro]</w:t>
      </w:r>
    </w:p>
    <w:p>
      <w:pPr>
        <w:spacing w:before="240" w:after="60"/>
      </w:pPr>
      <w:r>
        <w:rPr>
          <w:b/>
          <w:color w:val="0F172A"/>
          <w:sz w:val="21"/>
        </w:rPr>
        <w:t>FORMACIÓN ACADÉMICA</w:t>
      </w:r>
    </w:p>
    <w:p>
      <w:pPr>
        <w:spacing w:after="40"/>
      </w:pPr>
      <w:r>
        <w:t>[Título obtenido o estudios en curso] - [Institución] - [año]</w:t>
      </w:r>
    </w:p>
    <w:p>
      <w:pPr>
        <w:spacing w:after="40"/>
      </w:pPr>
      <w:r>
        <w:t>[Secundario completo] - [Institución] - [año]</w:t>
      </w:r>
    </w:p>
    <w:p>
      <w:pPr>
        <w:spacing w:before="240" w:after="60"/>
      </w:pPr>
      <w:r>
        <w:rPr>
          <w:b/>
          <w:color w:val="0F172A"/>
          <w:sz w:val="21"/>
        </w:rPr>
        <w:t>FORMACIÓN COMPLEMENTARIA</w:t>
      </w:r>
    </w:p>
    <w:p>
      <w:pPr>
        <w:spacing w:after="40"/>
      </w:pPr>
      <w:r>
        <w:t>[Nombre del curso] - [Institución] - [año] - [carga horaria]</w:t>
      </w:r>
    </w:p>
    <w:p>
      <w:pPr>
        <w:spacing w:before="240" w:after="60"/>
      </w:pPr>
      <w:r>
        <w:rPr>
          <w:b/>
          <w:color w:val="0F172A"/>
          <w:sz w:val="21"/>
        </w:rPr>
        <w:t>IDIOMAS</w:t>
      </w:r>
    </w:p>
    <w:p>
      <w:r>
        <w:t>[Idioma]: [básico, intermedio o avanzado].</w:t>
      </w:r>
    </w:p>
    <w:p>
      <w:pPr>
        <w:spacing w:before="240" w:after="60"/>
      </w:pPr>
      <w:r>
        <w:rPr>
          <w:b/>
          <w:color w:val="0F172A"/>
          <w:sz w:val="21"/>
        </w:rPr>
        <w:t>INFORMÁTICA</w:t>
      </w:r>
    </w:p>
    <w:p>
      <w:r>
        <w:t>[Programa 1], [programa 2], [sistema de gestión].</w:t>
      </w:r>
    </w:p>
    <w:p>
      <w:pPr>
        <w:spacing w:before="240" w:after="60"/>
      </w:pPr>
      <w:r>
        <w:rPr>
          <w:b/>
          <w:color w:val="0F172A"/>
          <w:sz w:val="21"/>
        </w:rPr>
        <w:t>HABILIDADES</w:t>
      </w:r>
    </w:p>
    <w:p>
      <w:r>
        <w:t>[Habilidad 1], [habilidad 2], [habilidad 3], [habilidad 4].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Modelo gratuito de CazVid - cazvid.com/es/modelo-de-curriculum-vitae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