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left"/>
      </w:pPr>
      <w:r>
        <w:rPr>
          <w:b/>
          <w:color w:val="1D4ED8"/>
          <w:sz w:val="42"/>
        </w:rPr>
        <w:t>[NOMBRE Y APELLIDO]</w:t>
      </w:r>
    </w:p>
    <w:p>
      <w:pPr>
        <w:spacing w:after="120"/>
        <w:jc w:val="left"/>
      </w:pPr>
      <w:r>
        <w:rPr>
          <w:color w:val="475569"/>
          <w:sz w:val="24"/>
        </w:rPr>
        <w:t>[Puesto al que te postulás]</w:t>
      </w:r>
    </w:p>
    <w:p>
      <w:pPr>
        <w:spacing w:after="40"/>
      </w:pPr>
      <w:r>
        <w:t>DNI: [número]   |   Fecha de nacimiento: [día/mes/año]</w:t>
      </w:r>
    </w:p>
    <w:p>
      <w:pPr>
        <w:spacing w:after="40"/>
      </w:pPr>
      <w:r>
        <w:t>Teléfono: [número]   |   Correo: [correo electrónico]</w:t>
      </w:r>
    </w:p>
    <w:p>
      <w:pPr>
        <w:spacing w:after="40"/>
      </w:pPr>
      <w:r>
        <w:t>[Localidad], [provincia]</w:t>
      </w:r>
    </w:p>
    <w:p>
      <w:pPr>
        <w:spacing w:before="240" w:after="60"/>
      </w:pPr>
      <w:r>
        <w:rPr>
          <w:b/>
          <w:color w:val="1D4ED8"/>
          <w:sz w:val="21"/>
        </w:rPr>
        <w:t>PERFIL</w:t>
      </w:r>
    </w:p>
    <w:p>
      <w:r>
        <w:t>[Escribí de 3 a 5 líneas: a qué te dedicás, cuántos años de experiencia tenés, en qué rubro, dos o tres fortalezas y qué puesto estás buscando.]</w:t>
      </w:r>
    </w:p>
    <w:p>
      <w:pPr>
        <w:spacing w:before="240" w:after="60"/>
      </w:pPr>
      <w:r>
        <w:rPr>
          <w:b/>
          <w:color w:val="1D4ED8"/>
          <w:sz w:val="21"/>
        </w:rPr>
        <w:t>EXPERIENCIA LABORAL</w:t>
      </w:r>
    </w:p>
    <w:p>
      <w:pPr>
        <w:spacing w:before="80"/>
      </w:pPr>
      <w:r>
        <w:rPr>
          <w:i/>
          <w:color w:val="475569"/>
          <w:sz w:val="17"/>
        </w:rPr>
        <w:t>Empezá por el trabajo más reciente y seguí hacia atrás.</w:t>
      </w:r>
    </w:p>
    <w:p>
      <w:pPr>
        <w:spacing w:after="40"/>
      </w:pPr>
      <w:r>
        <w:t>[Puesto] - [Empresa], [localidad]   |   [mes y año de ingreso] a [mes y año de egreso]</w:t>
      </w:r>
    </w:p>
    <w:p>
      <w:pPr>
        <w:pStyle w:val="ListBullet"/>
        <w:spacing w:after="40"/>
      </w:pPr>
      <w:r>
        <w:t>[Tarea o logro principal, con un número si lo tenés]</w:t>
      </w:r>
    </w:p>
    <w:p>
      <w:pPr>
        <w:pStyle w:val="ListBullet"/>
        <w:spacing w:after="40"/>
      </w:pPr>
      <w:r>
        <w:t>[Segunda tarea o logro]</w:t>
      </w:r>
    </w:p>
    <w:p>
      <w:pPr>
        <w:spacing w:after="40"/>
      </w:pPr>
      <w:r>
        <w:t>[Puesto] - [Empresa], [localidad]   |   [mes y año de ingreso] a [mes y año de egreso]</w:t>
      </w:r>
    </w:p>
    <w:p>
      <w:pPr>
        <w:pStyle w:val="ListBullet"/>
        <w:spacing w:after="40"/>
      </w:pPr>
      <w:r>
        <w:t>[Tarea o logro principal, con un número si lo tenés]</w:t>
      </w:r>
    </w:p>
    <w:p>
      <w:pPr>
        <w:pStyle w:val="ListBullet"/>
        <w:spacing w:after="40"/>
      </w:pPr>
      <w:r>
        <w:t>[Segunda tarea o logro]</w:t>
      </w:r>
    </w:p>
    <w:p>
      <w:pPr>
        <w:spacing w:after="40"/>
      </w:pPr>
      <w:r>
        <w:t>[Puesto] - [Empresa], [localidad]   |   [mes y año de ingreso] a [mes y año de egreso]</w:t>
      </w:r>
    </w:p>
    <w:p>
      <w:pPr>
        <w:pStyle w:val="ListBullet"/>
        <w:spacing w:after="40"/>
      </w:pPr>
      <w:r>
        <w:t>[Tarea o logro principal, con un número si lo tenés]</w:t>
      </w:r>
    </w:p>
    <w:p>
      <w:pPr>
        <w:pStyle w:val="ListBullet"/>
        <w:spacing w:after="40"/>
      </w:pPr>
      <w:r>
        <w:t>[Segunda tarea o logro]</w:t>
      </w:r>
    </w:p>
    <w:p>
      <w:pPr>
        <w:spacing w:before="240" w:after="60"/>
      </w:pPr>
      <w:r>
        <w:rPr>
          <w:b/>
          <w:color w:val="1D4ED8"/>
          <w:sz w:val="21"/>
        </w:rPr>
        <w:t>FORMACIÓN ACADÉMICA</w:t>
      </w:r>
    </w:p>
    <w:p>
      <w:pPr>
        <w:spacing w:after="40"/>
      </w:pPr>
      <w:r>
        <w:t>[Título obtenido o estudios en curso] - [Institución] - [año de graduación o último año cursado]</w:t>
      </w:r>
    </w:p>
    <w:p>
      <w:pPr>
        <w:spacing w:after="40"/>
      </w:pPr>
      <w:r>
        <w:t>[Secundario completo] - [Institución] - [año]</w:t>
      </w:r>
    </w:p>
    <w:p>
      <w:pPr>
        <w:spacing w:before="240" w:after="60"/>
      </w:pPr>
      <w:r>
        <w:rPr>
          <w:b/>
          <w:color w:val="1D4ED8"/>
          <w:sz w:val="21"/>
        </w:rPr>
        <w:t>FORMACIÓN COMPLEMENTARIA</w:t>
      </w:r>
    </w:p>
    <w:p>
      <w:pPr>
        <w:spacing w:after="40"/>
      </w:pPr>
      <w:r>
        <w:t>[Nombre del curso] - [Institución] - [año] - [en curso, finalizado]</w:t>
      </w:r>
    </w:p>
    <w:p>
      <w:pPr>
        <w:spacing w:before="240" w:after="60"/>
      </w:pPr>
      <w:r>
        <w:rPr>
          <w:b/>
          <w:color w:val="1D4ED8"/>
          <w:sz w:val="21"/>
        </w:rPr>
        <w:t>IDIOMAS E INFORMÁTICA</w:t>
      </w:r>
    </w:p>
    <w:p>
      <w:pPr>
        <w:spacing w:after="40"/>
      </w:pPr>
      <w:r>
        <w:t>[Idioma]: [básico, intermedio o avanzado]</w:t>
      </w:r>
    </w:p>
    <w:p>
      <w:pPr>
        <w:spacing w:after="40"/>
      </w:pPr>
      <w:r>
        <w:t>[Programa o sistema]: [básico, intermedio o avanzado]</w:t>
      </w:r>
    </w:p>
    <w:p>
      <w:pPr>
        <w:spacing w:before="240" w:after="60"/>
      </w:pPr>
      <w:r>
        <w:rPr>
          <w:b/>
          <w:color w:val="1D4ED8"/>
          <w:sz w:val="21"/>
        </w:rPr>
        <w:t>HABILIDADES</w:t>
      </w:r>
    </w:p>
    <w:p>
      <w:pPr>
        <w:spacing w:after="40"/>
      </w:pPr>
      <w:r>
        <w:t>[Habilidad 1], [habilidad 2], [habilidad 3], [habilidad 4]</w:t>
      </w:r>
    </w:p>
    <w:p>
      <w:pPr>
        <w:spacing w:before="240" w:after="60"/>
      </w:pPr>
      <w:r>
        <w:rPr>
          <w:b/>
          <w:color w:val="1D4ED8"/>
          <w:sz w:val="21"/>
        </w:rPr>
        <w:t>INTERESES PERSONALES</w:t>
      </w:r>
    </w:p>
    <w:p>
      <w:pPr>
        <w:spacing w:before="80"/>
      </w:pPr>
      <w:r>
        <w:rPr>
          <w:i/>
          <w:color w:val="475569"/>
          <w:sz w:val="17"/>
        </w:rPr>
        <w:t>Sección opcional. Sumala solo si aporta algo al puesto.</w:t>
      </w:r>
    </w:p>
    <w:p>
      <w:pPr>
        <w:spacing w:after="40"/>
      </w:pPr>
      <w:r>
        <w:t>[Actividad o interés relacionado con el trabajo]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75569"/>
        <w:sz w:val="16"/>
      </w:rPr>
      <w:t>Modelo gratuito de CazVid - cazvid.com/es/modelo-de-curriculum-vitae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CazVid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es-AR</dc:language>
</cp:coreProperties>
</file>