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color w:val="1D4ED8"/>
          <w:sz w:val="42"/>
        </w:rPr>
        <w:t>[NOMBRE Y APELLIDO]</w:t>
      </w:r>
    </w:p>
    <w:p>
      <w:pPr>
        <w:spacing w:after="120"/>
        <w:jc w:val="left"/>
      </w:pPr>
      <w:r>
        <w:rPr>
          <w:color w:val="475569"/>
          <w:sz w:val="24"/>
        </w:rPr>
        <w:t>[Puesto al que te postulás]</w:t>
      </w:r>
    </w:p>
    <w:p>
      <w:pPr>
        <w:spacing w:after="40"/>
      </w:pPr>
      <w:r>
        <w:t>DNI: [número]   |   Fecha de nacimiento: [día/mes/año]</w:t>
      </w:r>
    </w:p>
    <w:p>
      <w:pPr>
        <w:spacing w:after="40"/>
      </w:pPr>
      <w:r>
        <w:t>Teléfono: [número]   |   Correo: [correo electrónico]</w:t>
      </w:r>
    </w:p>
    <w:p>
      <w:pPr>
        <w:spacing w:after="40"/>
      </w:pPr>
      <w:r>
        <w:t>[Localidad], [provincia]</w:t>
      </w:r>
    </w:p>
    <w:p>
      <w:pPr>
        <w:spacing w:before="240" w:after="60"/>
      </w:pPr>
      <w:r>
        <w:rPr>
          <w:b/>
          <w:color w:val="1D4ED8"/>
          <w:sz w:val="21"/>
        </w:rPr>
        <w:t>PERFIL</w:t>
      </w:r>
    </w:p>
    <w:p>
      <w:r>
        <w:t>[Escribí de 3 a 5 líneas: a qué te dedicás, cuántos años de experiencia tenés, en qué rubro, dos o tres fortalezas y qué puesto estás buscando.]</w:t>
      </w:r>
    </w:p>
    <w:p>
      <w:pPr>
        <w:spacing w:before="240" w:after="60"/>
      </w:pPr>
      <w:r>
        <w:rPr>
          <w:b/>
          <w:color w:val="1D4ED8"/>
          <w:sz w:val="21"/>
        </w:rPr>
        <w:t>ÁREAS DE CONOCIMIENTO</w:t>
      </w:r>
    </w:p>
    <w:p>
      <w:pPr>
        <w:spacing w:before="80"/>
      </w:pPr>
      <w:r>
        <w:rPr>
          <w:i/>
          <w:color w:val="475569"/>
          <w:sz w:val="17"/>
        </w:rPr>
        <w:t>Agrupa lo que sabés hacer por tema, no por empresa. Es el modelo que conviene cuando querés destacar un área o cuando tuviste periodos sin trabajar.</w:t>
      </w:r>
    </w:p>
    <w:p>
      <w:pPr>
        <w:spacing w:before="160" w:after="40"/>
      </w:pPr>
      <w:r>
        <w:rPr>
          <w:b/>
        </w:rPr>
        <w:t>[Área 1: por ejemplo atención al cliente, logística o administración]</w:t>
      </w:r>
    </w:p>
    <w:p>
      <w:pPr>
        <w:pStyle w:val="ListBullet"/>
        <w:spacing w:after="40"/>
      </w:pPr>
      <w:r>
        <w:t>[Qué sabés hacer en esa área y con qué herramientas]</w:t>
      </w:r>
    </w:p>
    <w:p>
      <w:pPr>
        <w:pStyle w:val="ListBullet"/>
        <w:spacing w:after="40"/>
      </w:pPr>
      <w:r>
        <w:t>[Un resultado concreto, con un número si lo tenés]</w:t>
      </w:r>
    </w:p>
    <w:p>
      <w:pPr>
        <w:spacing w:before="160" w:after="40"/>
      </w:pPr>
      <w:r>
        <w:rPr>
          <w:b/>
        </w:rPr>
        <w:t>[Área 2: por ejemplo atención al cliente, logística o administración]</w:t>
      </w:r>
    </w:p>
    <w:p>
      <w:pPr>
        <w:pStyle w:val="ListBullet"/>
        <w:spacing w:after="40"/>
      </w:pPr>
      <w:r>
        <w:t>[Qué sabés hacer en esa área y con qué herramientas]</w:t>
      </w:r>
    </w:p>
    <w:p>
      <w:pPr>
        <w:pStyle w:val="ListBullet"/>
        <w:spacing w:after="40"/>
      </w:pPr>
      <w:r>
        <w:t>[Un resultado concreto, con un número si lo tenés]</w:t>
      </w:r>
    </w:p>
    <w:p>
      <w:pPr>
        <w:spacing w:before="160" w:after="40"/>
      </w:pPr>
      <w:r>
        <w:rPr>
          <w:b/>
        </w:rPr>
        <w:t>[Área 3: por ejemplo atención al cliente, logística o administración]</w:t>
      </w:r>
    </w:p>
    <w:p>
      <w:pPr>
        <w:pStyle w:val="ListBullet"/>
        <w:spacing w:after="40"/>
      </w:pPr>
      <w:r>
        <w:t>[Qué sabés hacer en esa área y con qué herramientas]</w:t>
      </w:r>
    </w:p>
    <w:p>
      <w:pPr>
        <w:pStyle w:val="ListBullet"/>
        <w:spacing w:after="40"/>
      </w:pPr>
      <w:r>
        <w:t>[Un resultado concreto, con un número si lo tenés]</w:t>
      </w:r>
    </w:p>
    <w:p>
      <w:pPr>
        <w:spacing w:before="240" w:after="60"/>
      </w:pPr>
      <w:r>
        <w:rPr>
          <w:b/>
          <w:color w:val="1D4ED8"/>
          <w:sz w:val="21"/>
        </w:rPr>
        <w:t>TRAYECTORIA LABORAL</w:t>
      </w:r>
    </w:p>
    <w:p>
      <w:pPr>
        <w:spacing w:before="80"/>
      </w:pPr>
      <w:r>
        <w:rPr>
          <w:i/>
          <w:color w:val="475569"/>
          <w:sz w:val="17"/>
        </w:rPr>
        <w:t>Acá va solo el listado, sin detalle: empresa, puesto y periodo.</w:t>
      </w:r>
    </w:p>
    <w:p>
      <w:pPr>
        <w:spacing w:after="40"/>
      </w:pPr>
      <w:r>
        <w:t>[Empresa] - [Puesto] - [año de ingreso] a [año de egreso]</w:t>
      </w:r>
    </w:p>
    <w:p>
      <w:pPr>
        <w:spacing w:after="40"/>
      </w:pPr>
      <w:r>
        <w:t>[Empresa] - [Puesto] - [año de ingreso] a [año de egreso]</w:t>
      </w:r>
    </w:p>
    <w:p>
      <w:pPr>
        <w:spacing w:after="40"/>
      </w:pPr>
      <w:r>
        <w:t>[Empresa] - [Puesto] - [año de ingreso] a [año de egreso]</w:t>
      </w:r>
    </w:p>
    <w:p>
      <w:pPr>
        <w:spacing w:before="240" w:after="60"/>
      </w:pPr>
      <w:r>
        <w:rPr>
          <w:b/>
          <w:color w:val="1D4ED8"/>
          <w:sz w:val="21"/>
        </w:rPr>
        <w:t>FORMACIÓN ACADÉMICA</w:t>
      </w:r>
    </w:p>
    <w:p>
      <w:pPr>
        <w:spacing w:after="40"/>
      </w:pPr>
      <w:r>
        <w:t>[Título obtenido o estudios en curso] - [Institución] - [año]</w:t>
      </w:r>
    </w:p>
    <w:p>
      <w:pPr>
        <w:spacing w:after="40"/>
      </w:pPr>
      <w:r>
        <w:t>[Secundario completo] - [Institución] - [año]</w:t>
      </w:r>
    </w:p>
    <w:p>
      <w:pPr>
        <w:spacing w:before="240" w:after="60"/>
      </w:pPr>
      <w:r>
        <w:rPr>
          <w:b/>
          <w:color w:val="1D4ED8"/>
          <w:sz w:val="21"/>
        </w:rPr>
        <w:t>FORMACIÓN COMPLEMENTARIA</w:t>
      </w:r>
    </w:p>
    <w:p>
      <w:pPr>
        <w:spacing w:after="40"/>
      </w:pPr>
      <w:r>
        <w:t>[Nombre del curso] - [Institución] - [año] - [en curso, finalizado]</w:t>
      </w:r>
    </w:p>
    <w:p>
      <w:pPr>
        <w:spacing w:before="240" w:after="60"/>
      </w:pPr>
      <w:r>
        <w:rPr>
          <w:b/>
          <w:color w:val="1D4ED8"/>
          <w:sz w:val="21"/>
        </w:rPr>
        <w:t>IDIOMAS E INFORMÁTICA</w:t>
      </w:r>
    </w:p>
    <w:p>
      <w:pPr>
        <w:spacing w:after="40"/>
      </w:pPr>
      <w:r>
        <w:t>[Idioma]: [nivel]</w:t>
      </w:r>
    </w:p>
    <w:p>
      <w:pPr>
        <w:spacing w:after="40"/>
      </w:pPr>
      <w:r>
        <w:t>[Programa]: [nivel]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Modelo gratuito de CazVid - cazvid.com/es/modelo-de-curriculum-vitae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es-AR</dc:language>
</cp:coreProperties>
</file>