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D4ED8"/>
          <w:sz w:val="42"/>
        </w:rPr>
        <w:t>[NOMBRE Y APELLIDO]</w:t>
      </w:r>
    </w:p>
    <w:p>
      <w:pPr>
        <w:spacing w:after="120"/>
        <w:jc w:val="left"/>
      </w:pPr>
      <w:r>
        <w:rPr>
          <w:color w:val="475569"/>
          <w:sz w:val="24"/>
        </w:rPr>
        <w:t>[Tipo de trabajo que buscás]</w:t>
      </w:r>
    </w:p>
    <w:p>
      <w:pPr>
        <w:spacing w:after="40"/>
      </w:pPr>
      <w:r>
        <w:t>DNI: [número]   |   Fecha de nacimiento: [día/mes/año]</w:t>
      </w:r>
    </w:p>
    <w:p>
      <w:pPr>
        <w:spacing w:after="40"/>
      </w:pPr>
      <w:r>
        <w:t>Teléfono: [número]   |   Correo: [correo electrónico]</w:t>
      </w:r>
    </w:p>
    <w:p>
      <w:pPr>
        <w:spacing w:after="40"/>
      </w:pPr>
      <w:r>
        <w:t>[Localidad], [provincia]</w:t>
      </w:r>
    </w:p>
    <w:p>
      <w:pPr>
        <w:spacing w:before="240" w:after="60"/>
      </w:pPr>
      <w:r>
        <w:rPr>
          <w:b/>
          <w:color w:val="1D4ED8"/>
          <w:sz w:val="21"/>
        </w:rPr>
        <w:t>SOBRE MI</w:t>
      </w:r>
    </w:p>
    <w:p>
      <w:r>
        <w:t>[Escribí de 3 a 4 líneas: qué estás estudiando o terminaste, qué sabés hacer, tus fortalezas y qué tipo de trabajo buscás.]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after="40"/>
      </w:pPr>
      <w:r>
        <w:t>[Carrera o tecnicatura en curso] - [Institución] - [año de inicio] a [año previsto]</w:t>
      </w:r>
    </w:p>
    <w:p>
      <w:pPr>
        <w:spacing w:after="40"/>
      </w:pPr>
      <w:r>
        <w:t>[Secundario completo] - [Institución] - [año]</w:t>
      </w:r>
    </w:p>
    <w:p>
      <w:pPr>
        <w:spacing w:before="240" w:after="60"/>
      </w:pPr>
      <w:r>
        <w:rPr>
          <w:b/>
          <w:color w:val="1D4ED8"/>
          <w:sz w:val="21"/>
        </w:rPr>
        <w:t>CURSOS Y TALLERES</w:t>
      </w:r>
    </w:p>
    <w:p>
      <w:pPr>
        <w:spacing w:after="40"/>
      </w:pPr>
      <w:r>
        <w:t>[Nombre del curso] - [Institución] - [año] - [carga horaria]</w:t>
      </w:r>
    </w:p>
    <w:p>
      <w:pPr>
        <w:spacing w:before="240" w:after="60"/>
      </w:pPr>
      <w:r>
        <w:rPr>
          <w:b/>
          <w:color w:val="1D4ED8"/>
          <w:sz w:val="21"/>
        </w:rPr>
        <w:t>PRÁCTICAS, PASANTÍAS Y VOLUNTARIADOS</w:t>
      </w:r>
    </w:p>
    <w:p>
      <w:pPr>
        <w:spacing w:before="80"/>
      </w:pPr>
      <w:r>
        <w:rPr>
          <w:i/>
          <w:color w:val="475569"/>
          <w:sz w:val="17"/>
        </w:rPr>
        <w:t>Si buscás tu primer trabajo, esto cuenta: pasantías, becas, prácticas rentadas, voluntariados en el club, la parroquia o el barrio, y colaboraciones en comercios o trabajos para familiares, conocidos o vecinos.</w:t>
      </w:r>
    </w:p>
    <w:p>
      <w:pPr>
        <w:spacing w:after="40"/>
      </w:pPr>
      <w:r>
        <w:t>[Actividad] - [Lugar u organización] - [mes y año] a [mes y año]</w:t>
      </w:r>
    </w:p>
    <w:p>
      <w:pPr>
        <w:pStyle w:val="ListBullet"/>
        <w:spacing w:after="40"/>
      </w:pPr>
      <w:r>
        <w:t>[Qué hacías: atender clientes, manejar caja, cargar datos, cuidar chicos, vender por redes]</w:t>
      </w:r>
    </w:p>
    <w:p>
      <w:pPr>
        <w:pStyle w:val="ListBullet"/>
        <w:spacing w:after="40"/>
      </w:pPr>
      <w:r>
        <w:t>[Que aprendiste o que lograste]</w:t>
      </w:r>
    </w:p>
    <w:p>
      <w:pPr>
        <w:spacing w:after="40"/>
      </w:pPr>
      <w:r>
        <w:t>[Actividad] - [Lugar u organización] - [mes y año] a [mes y año]</w:t>
      </w:r>
    </w:p>
    <w:p>
      <w:pPr>
        <w:pStyle w:val="ListBullet"/>
        <w:spacing w:after="40"/>
      </w:pPr>
      <w:r>
        <w:t>[Qué hacías: atender clientes, manejar caja, cargar datos, cuidar chicos, vender por redes]</w:t>
      </w:r>
    </w:p>
    <w:p>
      <w:pPr>
        <w:pStyle w:val="ListBullet"/>
        <w:spacing w:after="40"/>
      </w:pPr>
      <w:r>
        <w:t>[Que aprendiste o que lograste]</w:t>
      </w:r>
    </w:p>
    <w:p>
      <w:pPr>
        <w:spacing w:before="240" w:after="60"/>
      </w:pPr>
      <w:r>
        <w:rPr>
          <w:b/>
          <w:color w:val="1D4ED8"/>
          <w:sz w:val="21"/>
        </w:rPr>
        <w:t>HABILIDADES</w:t>
      </w:r>
    </w:p>
    <w:p>
      <w:pPr>
        <w:pStyle w:val="ListBullet"/>
        <w:spacing w:after="40"/>
      </w:pPr>
      <w:r>
        <w:t>[Trabajo en equipo]</w:t>
      </w:r>
    </w:p>
    <w:p>
      <w:pPr>
        <w:pStyle w:val="ListBullet"/>
        <w:spacing w:after="40"/>
      </w:pPr>
      <w:r>
        <w:t>[Atención al cliente]</w:t>
      </w:r>
    </w:p>
    <w:p>
      <w:pPr>
        <w:pStyle w:val="ListBullet"/>
        <w:spacing w:after="40"/>
      </w:pPr>
      <w:r>
        <w:t>[Manejo de Excel y correo]</w:t>
      </w:r>
    </w:p>
    <w:p>
      <w:pPr>
        <w:pStyle w:val="ListBullet"/>
        <w:spacing w:after="40"/>
      </w:pPr>
      <w:r>
        <w:t>[Otra habilidad que puedas demostrar]</w:t>
      </w:r>
    </w:p>
    <w:p>
      <w:pPr>
        <w:spacing w:before="240" w:after="60"/>
      </w:pPr>
      <w:r>
        <w:rPr>
          <w:b/>
          <w:color w:val="1D4ED8"/>
          <w:sz w:val="21"/>
        </w:rPr>
        <w:t>IDIOMAS E INFORMÁTICA</w:t>
      </w:r>
    </w:p>
    <w:p>
      <w:pPr>
        <w:spacing w:after="40"/>
      </w:pPr>
      <w:r>
        <w:t>[Idioma]: [nivel]</w:t>
      </w:r>
    </w:p>
    <w:p>
      <w:pPr>
        <w:spacing w:after="40"/>
      </w:pPr>
      <w:r>
        <w:t>[Programa]: [nivel]</w:t>
      </w:r>
    </w:p>
    <w:p>
      <w:pPr>
        <w:spacing w:before="240" w:after="60"/>
      </w:pPr>
      <w:r>
        <w:rPr>
          <w:b/>
          <w:color w:val="1D4ED8"/>
          <w:sz w:val="21"/>
        </w:rPr>
        <w:t>DISPONIBILIDAD</w:t>
      </w:r>
    </w:p>
    <w:p>
      <w:pPr>
        <w:spacing w:after="40"/>
      </w:pPr>
      <w:r>
        <w:t>[Turnos y días en los que podés trabajar]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Modelo gratuito de CazVid - cazvid.com/es/modelo-de-curriculum-vitae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