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left"/>
      </w:pPr>
      <w:r>
        <w:rPr>
          <w:b/>
          <w:sz w:val="42"/>
        </w:rPr>
        <w:t>[NOMBRES Y APELLIDOS]</w:t>
      </w:r>
    </w:p>
    <w:p>
      <w:pPr>
        <w:spacing w:after="120"/>
        <w:jc w:val="left"/>
      </w:pPr>
      <w:r>
        <w:rPr>
          <w:color w:val="475569"/>
          <w:sz w:val="24"/>
        </w:rPr>
        <w:t>[Cargo al que aspiras]</w:t>
      </w:r>
    </w:p>
    <w:p>
      <w:pPr>
        <w:spacing w:after="40"/>
      </w:pPr>
      <w:r>
        <w:t>[Ciudad], [provincia] | [celular] | [correo electrónico] | C.I. [número]</w:t>
      </w:r>
    </w:p>
    <w:p>
      <w:pPr>
        <w:spacing w:before="240" w:after="60"/>
      </w:pPr>
      <w:r>
        <w:rPr>
          <w:b/>
          <w:color w:val="0F172A"/>
          <w:sz w:val="21"/>
        </w:rPr>
        <w:t>PERFIL PROFESIONAL</w:t>
      </w:r>
    </w:p>
    <w:p>
      <w:r>
        <w:t>[Escribe de 3 a 5 líneas: a qué te dedicas, cuántos años de experiencia tienes, en qué sector, dos o tres fortalezas y qué cargo estás buscando.] [Usa las mismas palabras que aparecen en la oferta.]</w:t>
      </w:r>
    </w:p>
    <w:p>
      <w:pPr>
        <w:spacing w:before="240" w:after="60"/>
      </w:pPr>
      <w:r>
        <w:rPr>
          <w:b/>
          <w:color w:val="0F172A"/>
          <w:sz w:val="21"/>
        </w:rPr>
        <w:t>EXPERIENCIA LABORAL</w:t>
      </w:r>
    </w:p>
    <w:p>
      <w:pPr>
        <w:spacing w:after="40"/>
      </w:pPr>
      <w:r>
        <w:t>[Cargo] - [Empresa], [ciudad]</w:t>
      </w:r>
    </w:p>
    <w:p>
      <w:pPr>
        <w:spacing w:after="40"/>
      </w:pPr>
      <w:r>
        <w:t>[mes y año de ingreso] a [mes y año de salida]</w:t>
      </w:r>
    </w:p>
    <w:p>
      <w:pPr>
        <w:pStyle w:val="ListBullet"/>
        <w:spacing w:after="40"/>
      </w:pPr>
      <w:r>
        <w:t>[Función o logro principal]</w:t>
      </w:r>
    </w:p>
    <w:p>
      <w:pPr>
        <w:pStyle w:val="ListBullet"/>
        <w:spacing w:after="40"/>
      </w:pPr>
      <w:r>
        <w:t>[Segunda función o logro]</w:t>
      </w:r>
    </w:p>
    <w:p>
      <w:pPr>
        <w:pStyle w:val="ListBullet"/>
        <w:spacing w:after="40"/>
      </w:pPr>
      <w:r>
        <w:t>[Tercera función o logro]</w:t>
      </w:r>
    </w:p>
    <w:p>
      <w:pPr>
        <w:spacing w:after="40"/>
      </w:pPr>
      <w:r>
        <w:t>[Cargo] - [Empresa], [ciudad]</w:t>
      </w:r>
    </w:p>
    <w:p>
      <w:pPr>
        <w:spacing w:after="40"/>
      </w:pPr>
      <w:r>
        <w:t>[mes y año de ingreso] a [mes y año de salida]</w:t>
      </w:r>
    </w:p>
    <w:p>
      <w:pPr>
        <w:pStyle w:val="ListBullet"/>
        <w:spacing w:after="40"/>
      </w:pPr>
      <w:r>
        <w:t>[Función o logro principal]</w:t>
      </w:r>
    </w:p>
    <w:p>
      <w:pPr>
        <w:pStyle w:val="ListBullet"/>
        <w:spacing w:after="40"/>
      </w:pPr>
      <w:r>
        <w:t>[Segunda función o logro]</w:t>
      </w:r>
    </w:p>
    <w:p>
      <w:pPr>
        <w:pStyle w:val="ListBullet"/>
        <w:spacing w:after="40"/>
      </w:pPr>
      <w:r>
        <w:t>[Tercera función o logro]</w:t>
      </w:r>
    </w:p>
    <w:p>
      <w:pPr>
        <w:spacing w:after="40"/>
      </w:pPr>
      <w:r>
        <w:t>[Cargo] - [Empresa], [ciudad]</w:t>
      </w:r>
    </w:p>
    <w:p>
      <w:pPr>
        <w:spacing w:after="40"/>
      </w:pPr>
      <w:r>
        <w:t>[mes y año de ingreso] a [mes y año de salida]</w:t>
      </w:r>
    </w:p>
    <w:p>
      <w:pPr>
        <w:pStyle w:val="ListBullet"/>
        <w:spacing w:after="40"/>
      </w:pPr>
      <w:r>
        <w:t>[Función o logro principal]</w:t>
      </w:r>
    </w:p>
    <w:p>
      <w:pPr>
        <w:pStyle w:val="ListBullet"/>
        <w:spacing w:after="40"/>
      </w:pPr>
      <w:r>
        <w:t>[Segunda función o logro]</w:t>
      </w:r>
    </w:p>
    <w:p>
      <w:pPr>
        <w:pStyle w:val="ListBullet"/>
        <w:spacing w:after="40"/>
      </w:pPr>
      <w:r>
        <w:t>[Tercera función o logro]</w:t>
      </w:r>
    </w:p>
    <w:p>
      <w:pPr>
        <w:spacing w:before="240" w:after="60"/>
      </w:pPr>
      <w:r>
        <w:rPr>
          <w:b/>
          <w:color w:val="0F172A"/>
          <w:sz w:val="21"/>
        </w:rPr>
        <w:t>FORMACIÓN ACADÉMICA</w:t>
      </w:r>
    </w:p>
    <w:p>
      <w:pPr>
        <w:spacing w:after="40"/>
      </w:pPr>
      <w:r>
        <w:t>[Título de tercer nivel o carrera en curso] - [Institución] - [año]</w:t>
      </w:r>
    </w:p>
    <w:p>
      <w:pPr>
        <w:spacing w:after="40"/>
      </w:pPr>
      <w:r>
        <w:t>[Bachillerato] - [Colegio] - [año]</w:t>
      </w:r>
    </w:p>
    <w:p>
      <w:pPr>
        <w:spacing w:before="240" w:after="60"/>
      </w:pPr>
      <w:r>
        <w:rPr>
          <w:b/>
          <w:color w:val="0F172A"/>
          <w:sz w:val="21"/>
        </w:rPr>
        <w:t>FORMACIÓN COMPLEMENTARIA</w:t>
      </w:r>
    </w:p>
    <w:p>
      <w:pPr>
        <w:spacing w:after="40"/>
      </w:pPr>
      <w:r>
        <w:t>[Curso o certificación] - [Institución] - [año] - [horas]</w:t>
      </w:r>
    </w:p>
    <w:p>
      <w:pPr>
        <w:spacing w:before="240" w:after="60"/>
      </w:pPr>
      <w:r>
        <w:rPr>
          <w:b/>
          <w:color w:val="0F172A"/>
          <w:sz w:val="21"/>
        </w:rPr>
        <w:t>IDIOMAS</w:t>
      </w:r>
    </w:p>
    <w:p>
      <w:r>
        <w:t>Español: nativo. [Inglés: nivel].</w:t>
      </w:r>
    </w:p>
    <w:p>
      <w:pPr>
        <w:spacing w:before="240" w:after="60"/>
      </w:pPr>
      <w:r>
        <w:rPr>
          <w:b/>
          <w:color w:val="0F172A"/>
          <w:sz w:val="21"/>
        </w:rPr>
        <w:t>HERRAMIENTAS</w:t>
      </w:r>
    </w:p>
    <w:p>
      <w:r>
        <w:t>[Programa 1], [programa 2], [sistema de gestión].</w:t>
      </w:r>
    </w:p>
    <w:p>
      <w:pPr>
        <w:spacing w:before="240" w:after="60"/>
      </w:pPr>
      <w:r>
        <w:rPr>
          <w:b/>
          <w:color w:val="0F172A"/>
          <w:sz w:val="21"/>
        </w:rPr>
        <w:t>HABILIDADES</w:t>
      </w:r>
    </w:p>
    <w:p>
      <w:r>
        <w:t>[Habilidad 1], [habilidad 2], [habilidad 3], [habilidad 4].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75569"/>
        <w:sz w:val="16"/>
      </w:rPr>
      <w:t>Formato gratuito de CazVid - cazvid.com/es/formato-hoja-de-vida-ecuador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CazVid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es-EC</dc:language>
</cp:coreProperties>
</file>