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left"/>
      </w:pPr>
      <w:r>
        <w:rPr>
          <w:b/>
          <w:color w:val="1D4ED8"/>
          <w:sz w:val="42"/>
        </w:rPr>
        <w:t>[NOMBRES Y APELLIDOS]</w:t>
      </w:r>
    </w:p>
    <w:p>
      <w:pPr>
        <w:spacing w:after="120"/>
        <w:jc w:val="left"/>
      </w:pPr>
      <w:r>
        <w:rPr>
          <w:color w:val="475569"/>
          <w:sz w:val="24"/>
        </w:rPr>
        <w:t>[Cargo al que aspiras]</w:t>
      </w:r>
    </w:p>
    <w:p>
      <w:pPr>
        <w:spacing w:after="40"/>
      </w:pPr>
      <w:r>
        <w:t>Cédula de identidad: [número]</w:t>
      </w:r>
    </w:p>
    <w:p>
      <w:pPr>
        <w:spacing w:after="40"/>
      </w:pPr>
      <w:r>
        <w:t>Celular: [número]   |   Correo: [correo electrónico]</w:t>
      </w:r>
    </w:p>
    <w:p>
      <w:pPr>
        <w:spacing w:after="40"/>
      </w:pPr>
      <w:r>
        <w:t>Ciudad y provincia: [ciudad], [provincia]</w:t>
      </w:r>
    </w:p>
    <w:p>
      <w:pPr>
        <w:spacing w:before="240" w:after="60"/>
      </w:pPr>
      <w:r>
        <w:rPr>
          <w:b/>
          <w:color w:val="1D4ED8"/>
          <w:sz w:val="21"/>
        </w:rPr>
        <w:t>PERFIL PROFESIONAL</w:t>
      </w:r>
    </w:p>
    <w:p>
      <w:r>
        <w:t>[Escribe de 3 a 5 líneas: a qué te dedicas, cuántos años de experiencia tienes, en qué sector, dos o tres fortalezas y qué cargo estás buscando.]</w:t>
      </w:r>
    </w:p>
    <w:p>
      <w:pPr>
        <w:spacing w:before="240" w:after="60"/>
      </w:pPr>
      <w:r>
        <w:rPr>
          <w:b/>
          <w:color w:val="1D4ED8"/>
          <w:sz w:val="21"/>
        </w:rPr>
        <w:t>EXPERIENCIA LABORAL</w:t>
      </w:r>
    </w:p>
    <w:p>
      <w:pPr>
        <w:spacing w:before="80"/>
      </w:pPr>
      <w:r>
        <w:rPr>
          <w:i/>
          <w:color w:val="475569"/>
          <w:sz w:val="17"/>
        </w:rPr>
        <w:t>Empieza por el trabajo más reciente y sigue hacia atrás.</w:t>
      </w:r>
    </w:p>
    <w:p>
      <w:pPr>
        <w:spacing w:after="40"/>
      </w:pPr>
      <w:r>
        <w:t>[Cargo] - [Empresa], [ciudad]   |   [mes y año de ingreso] a [mes y año de salida]</w:t>
      </w:r>
    </w:p>
    <w:p>
      <w:pPr>
        <w:pStyle w:val="ListBullet"/>
        <w:spacing w:after="40"/>
      </w:pPr>
      <w:r>
        <w:t>[Función o logro principal, con una cifra si la tienes]</w:t>
      </w:r>
    </w:p>
    <w:p>
      <w:pPr>
        <w:pStyle w:val="ListBullet"/>
        <w:spacing w:after="40"/>
      </w:pPr>
      <w:r>
        <w:t>[Segunda función o logro]</w:t>
      </w:r>
    </w:p>
    <w:p>
      <w:pPr>
        <w:spacing w:after="40"/>
      </w:pPr>
      <w:r>
        <w:t>[Cargo] - [Empresa], [ciudad]   |   [mes y año de ingreso] a [mes y año de salida]</w:t>
      </w:r>
    </w:p>
    <w:p>
      <w:pPr>
        <w:pStyle w:val="ListBullet"/>
        <w:spacing w:after="40"/>
      </w:pPr>
      <w:r>
        <w:t>[Función o logro principal, con una cifra si la tienes]</w:t>
      </w:r>
    </w:p>
    <w:p>
      <w:pPr>
        <w:pStyle w:val="ListBullet"/>
        <w:spacing w:after="40"/>
      </w:pPr>
      <w:r>
        <w:t>[Segunda función o logro]</w:t>
      </w:r>
    </w:p>
    <w:p>
      <w:pPr>
        <w:spacing w:after="40"/>
      </w:pPr>
      <w:r>
        <w:t>[Cargo] - [Empresa], [ciudad]   |   [mes y año de ingreso] a [mes y año de salida]</w:t>
      </w:r>
    </w:p>
    <w:p>
      <w:pPr>
        <w:pStyle w:val="ListBullet"/>
        <w:spacing w:after="40"/>
      </w:pPr>
      <w:r>
        <w:t>[Función o logro principal, con una cifra si la tienes]</w:t>
      </w:r>
    </w:p>
    <w:p>
      <w:pPr>
        <w:pStyle w:val="ListBullet"/>
        <w:spacing w:after="40"/>
      </w:pPr>
      <w:r>
        <w:t>[Segunda función o logro]</w:t>
      </w:r>
    </w:p>
    <w:p>
      <w:pPr>
        <w:spacing w:before="240" w:after="60"/>
      </w:pPr>
      <w:r>
        <w:rPr>
          <w:b/>
          <w:color w:val="1D4ED8"/>
          <w:sz w:val="21"/>
        </w:rPr>
        <w:t>FORMACIÓN ACADÉMICA</w:t>
      </w:r>
    </w:p>
    <w:p>
      <w:pPr>
        <w:spacing w:after="40"/>
      </w:pPr>
      <w:r>
        <w:t>[Título de tercer nivel o carrera en curso] - [Institución] - [año de graduación]</w:t>
      </w:r>
    </w:p>
    <w:p>
      <w:pPr>
        <w:spacing w:after="40"/>
      </w:pPr>
      <w:r>
        <w:t>[Bachillerato] - [Colegio], [ciudad] - [año]</w:t>
      </w:r>
    </w:p>
    <w:p>
      <w:pPr>
        <w:spacing w:before="240" w:after="60"/>
      </w:pPr>
      <w:r>
        <w:rPr>
          <w:b/>
          <w:color w:val="1D4ED8"/>
          <w:sz w:val="21"/>
        </w:rPr>
        <w:t>FORMACIÓN COMPLEMENTARIA</w:t>
      </w:r>
    </w:p>
    <w:p>
      <w:pPr>
        <w:spacing w:after="40"/>
      </w:pPr>
      <w:r>
        <w:t>[Curso o certificación] - [Institución] - [año] - [horas]</w:t>
      </w:r>
    </w:p>
    <w:p>
      <w:pPr>
        <w:spacing w:before="240" w:after="60"/>
      </w:pPr>
      <w:r>
        <w:rPr>
          <w:b/>
          <w:color w:val="1D4ED8"/>
          <w:sz w:val="21"/>
        </w:rPr>
        <w:t>IDIOMAS Y HERRAMIENTAS</w:t>
      </w:r>
    </w:p>
    <w:p>
      <w:pPr>
        <w:spacing w:after="40"/>
      </w:pPr>
      <w:r>
        <w:t>Español: nativo   |   [Inglés]: [básico, intermedio o avanzado]</w:t>
      </w:r>
    </w:p>
    <w:p>
      <w:pPr>
        <w:spacing w:after="40"/>
      </w:pPr>
      <w:r>
        <w:t>[Programas o sistemas que manejas]</w:t>
      </w:r>
    </w:p>
    <w:p>
      <w:pPr>
        <w:spacing w:before="240" w:after="60"/>
      </w:pPr>
      <w:r>
        <w:rPr>
          <w:b/>
          <w:color w:val="1D4ED8"/>
          <w:sz w:val="21"/>
        </w:rPr>
        <w:t>REFERENCIAS LABORALES</w:t>
      </w:r>
    </w:p>
    <w:p>
      <w:pPr>
        <w:spacing w:after="40"/>
      </w:pPr>
      <w:r>
        <w:t>[Nombre completo] - [Cargo y empresa] - Celular: [número]</w:t>
      </w:r>
    </w:p>
    <w:p>
      <w:pPr>
        <w:spacing w:after="40"/>
      </w:pPr>
      <w:r>
        <w:t>[Nombre completo] - [Cargo y empresa] - Celular: [número]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75569"/>
        <w:sz w:val="16"/>
      </w:rPr>
      <w:t>Formato gratuito de CazVid - cazvid.com/es/formato-hoja-de-vida-ecuador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CazVid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es-EC</dc:language>
</cp:coreProperties>
</file>