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0F172A"/>
          <w:sz w:val="32"/>
        </w:rPr>
        <w:t>HOJA DE VIDA</w:t>
      </w:r>
    </w:p>
    <w:p>
      <w:pPr>
        <w:spacing w:after="160"/>
        <w:jc w:val="center"/>
      </w:pPr>
      <w:r>
        <w:rPr>
          <w:color w:val="475569"/>
          <w:sz w:val="18"/>
        </w:rPr>
        <w:t>Formato para imprimir y llenar a mano o en Word</w:t>
      </w:r>
    </w:p>
    <w:p>
      <w:pPr>
        <w:spacing w:before="240" w:after="60"/>
      </w:pPr>
      <w:r>
        <w:rPr>
          <w:b/>
          <w:color w:val="0F172A"/>
          <w:sz w:val="21"/>
        </w:rPr>
        <w:t>DATOS PERSONALES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Apellidos: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Nombres: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Cédula de identidad:</w:t>
            </w:r>
          </w:p>
        </w:tc>
      </w:tr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Fecha de nacimiento: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Estado civil: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Nacionalidad:</w:t>
            </w:r>
          </w:p>
        </w:tc>
      </w:tr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Dirección: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Ciudad: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Provincia:</w:t>
            </w:r>
          </w:p>
        </w:tc>
      </w:tr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Celular: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Teléfono fijo: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Correo electrónico: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CARGO AL QUE ASPIRA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969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Cargo:</w:t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Aspiración salarial:</w:t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Disponibilidad: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FORMACIÓN ACADÉMICA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15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Nivel</w:t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Institución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Título obtenido</w:t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Año</w:t>
            </w:r>
          </w:p>
        </w:tc>
      </w:tr>
      <w:tr>
        <w:tc>
          <w:tcPr>
            <w:tcW w:type="dxa" w:w="215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Bachillerato</w:t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15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Tercer nivel</w:t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15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Cuarto nivel</w:t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15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Cursos y certificaciones</w:t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EXPERIENCIA LABORAL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Empresa</w:t>
            </w:r>
          </w:p>
        </w:tc>
        <w:tc>
          <w:tcPr>
            <w:tcW w:type="dxa" w:w="226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Cargo</w:t>
            </w:r>
          </w:p>
        </w:tc>
        <w:tc>
          <w:tcPr>
            <w:tcW w:type="dxa" w:w="153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Desde</w:t>
            </w:r>
          </w:p>
        </w:tc>
        <w:tc>
          <w:tcPr>
            <w:tcW w:type="dxa" w:w="153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Hasta</w:t>
            </w:r>
          </w:p>
        </w:tc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Motivo de salida</w:t>
            </w:r>
          </w:p>
        </w:tc>
      </w:tr>
      <w:tr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3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3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3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3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3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3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9865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Funciones principales en tu último cargo: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IDIOMAS Y HERRAMIENTAS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Idioma y nivel:</w:t>
            </w:r>
          </w:p>
        </w:tc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Programas o sistemas que maneja: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REFERENCIAS LABORALES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2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Nombre</w:t>
            </w:r>
          </w:p>
        </w:tc>
        <w:tc>
          <w:tcPr>
            <w:tcW w:type="dxa" w:w="362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Cargo y empresa</w:t>
            </w:r>
          </w:p>
        </w:tc>
        <w:tc>
          <w:tcPr>
            <w:tcW w:type="dxa" w:w="260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Celular</w:t>
            </w:r>
          </w:p>
        </w:tc>
      </w:tr>
      <w:tr>
        <w:tc>
          <w:tcPr>
            <w:tcW w:type="dxa" w:w="362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62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60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362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62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60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80"/>
      </w:pPr>
      <w:r>
        <w:rPr>
          <w:i/>
          <w:color w:val="475569"/>
          <w:sz w:val="17"/>
        </w:rPr>
        <w:t>Avísales antes de anotarlos, para que contesten cuando la empresa llame.</w:t>
      </w:r>
    </w:p>
    <w:p>
      <w:pPr>
        <w:spacing w:before="520" w:after="0"/>
        <w:jc w:val="center"/>
      </w:pPr>
      <w:r>
        <w:t>______________________________________</w:t>
      </w:r>
    </w:p>
    <w:p>
      <w:pPr>
        <w:spacing w:after="0"/>
        <w:jc w:val="center"/>
      </w:pPr>
      <w:r>
        <w:rPr>
          <w:color w:val="475569"/>
          <w:sz w:val="17"/>
        </w:rPr>
        <w:t>[Nombres y apellidos]</w:t>
      </w:r>
    </w:p>
    <w:p>
      <w:pPr>
        <w:spacing w:after="0"/>
        <w:jc w:val="center"/>
      </w:pPr>
      <w:r>
        <w:rPr>
          <w:color w:val="475569"/>
          <w:sz w:val="17"/>
        </w:rPr>
        <w:t>C.I. [número]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Formato gratuito de CazVid - cazvid.com/es/formato-hoja-de-vida-ecuador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es-EC</dc:language>
</cp:coreProperties>
</file>