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left"/>
      </w:pPr>
      <w:r>
        <w:rPr>
          <w:b/>
          <w:color w:val="1D4ED8"/>
          <w:sz w:val="42"/>
        </w:rPr>
        <w:t>[NOMBRES Y APELLIDOS]</w:t>
      </w:r>
    </w:p>
    <w:p>
      <w:pPr>
        <w:spacing w:after="120"/>
        <w:jc w:val="left"/>
      </w:pPr>
      <w:r>
        <w:rPr>
          <w:color w:val="475569"/>
          <w:sz w:val="24"/>
        </w:rPr>
        <w:t>[Tipo de trabajo que buscas]</w:t>
      </w:r>
    </w:p>
    <w:p>
      <w:pPr>
        <w:spacing w:after="40"/>
      </w:pPr>
      <w:r>
        <w:t>Cédula de identidad: [número]</w:t>
      </w:r>
    </w:p>
    <w:p>
      <w:pPr>
        <w:spacing w:after="40"/>
      </w:pPr>
      <w:r>
        <w:t>Celular: [número]   |   Correo: [correo electrónico]</w:t>
      </w:r>
    </w:p>
    <w:p>
      <w:pPr>
        <w:spacing w:after="40"/>
      </w:pPr>
      <w:r>
        <w:t>Ciudad y provincia: [ciudad], [provincia]</w:t>
      </w:r>
    </w:p>
    <w:p>
      <w:pPr>
        <w:spacing w:before="240" w:after="60"/>
      </w:pPr>
      <w:r>
        <w:rPr>
          <w:b/>
          <w:color w:val="1D4ED8"/>
          <w:sz w:val="21"/>
        </w:rPr>
        <w:t>SOBRE MÍ</w:t>
      </w:r>
    </w:p>
    <w:p>
      <w:r>
        <w:t>[Escribe de 3 a 4 líneas: qué estudiaste o estás estudiando, qué sabes hacer, tus fortalezas y qué tipo de trabajo buscas.]</w:t>
      </w:r>
    </w:p>
    <w:p>
      <w:pPr>
        <w:spacing w:before="240" w:after="60"/>
      </w:pPr>
      <w:r>
        <w:rPr>
          <w:b/>
          <w:color w:val="1D4ED8"/>
          <w:sz w:val="21"/>
        </w:rPr>
        <w:t>FORMACIÓN ACADÉMICA</w:t>
      </w:r>
    </w:p>
    <w:p>
      <w:pPr>
        <w:spacing w:after="40"/>
      </w:pPr>
      <w:r>
        <w:t>[Carrera o tecnología en curso] - [Institución] - [año de inicio] a [año previsto]</w:t>
      </w:r>
    </w:p>
    <w:p>
      <w:pPr>
        <w:spacing w:after="40"/>
      </w:pPr>
      <w:r>
        <w:t>[Bachillerato] - [Colegio], [ciudad] - [año]</w:t>
      </w:r>
    </w:p>
    <w:p>
      <w:pPr>
        <w:spacing w:before="240" w:after="60"/>
      </w:pPr>
      <w:r>
        <w:rPr>
          <w:b/>
          <w:color w:val="1D4ED8"/>
          <w:sz w:val="21"/>
        </w:rPr>
        <w:t>CURSOS Y CERTIFICACIONES</w:t>
      </w:r>
    </w:p>
    <w:p>
      <w:pPr>
        <w:spacing w:after="40"/>
      </w:pPr>
      <w:r>
        <w:t>[Nombre del curso] - [Institución] - [año] - [horas]</w:t>
      </w:r>
    </w:p>
    <w:p>
      <w:pPr>
        <w:spacing w:before="240" w:after="60"/>
      </w:pPr>
      <w:r>
        <w:rPr>
          <w:b/>
          <w:color w:val="1D4ED8"/>
          <w:sz w:val="21"/>
        </w:rPr>
        <w:t>PRÁCTICAS, PASANTÍAS Y VINCULACIÓN</w:t>
      </w:r>
    </w:p>
    <w:p>
      <w:pPr>
        <w:spacing w:before="80"/>
      </w:pPr>
      <w:r>
        <w:rPr>
          <w:i/>
          <w:color w:val="475569"/>
          <w:sz w:val="17"/>
        </w:rPr>
        <w:t>Las prácticas preprofesionales, las pasantías y los proyectos de vinculación con la sociedad cuentan como experiencia: descríbelos igual que un empleo.</w:t>
      </w:r>
    </w:p>
    <w:p>
      <w:pPr>
        <w:spacing w:after="40"/>
      </w:pPr>
      <w:r>
        <w:t>[Actividad] - [Institución u organización] - [mes y año] a [mes y año]</w:t>
      </w:r>
    </w:p>
    <w:p>
      <w:pPr>
        <w:pStyle w:val="ListBullet"/>
        <w:spacing w:after="40"/>
      </w:pPr>
      <w:r>
        <w:t>[Qué hacías: atender clientes, manejar caja, ingresar datos, apoyar en bodega]</w:t>
      </w:r>
    </w:p>
    <w:p>
      <w:pPr>
        <w:pStyle w:val="ListBullet"/>
        <w:spacing w:after="40"/>
      </w:pPr>
      <w:r>
        <w:t>[Qué aprendiste o qué lograste]</w:t>
      </w:r>
    </w:p>
    <w:p>
      <w:pPr>
        <w:spacing w:after="40"/>
      </w:pPr>
      <w:r>
        <w:t>[Actividad] - [Institución u organización] - [mes y año] a [mes y año]</w:t>
      </w:r>
    </w:p>
    <w:p>
      <w:pPr>
        <w:pStyle w:val="ListBullet"/>
        <w:spacing w:after="40"/>
      </w:pPr>
      <w:r>
        <w:t>[Qué hacías: atender clientes, manejar caja, ingresar datos, apoyar en bodega]</w:t>
      </w:r>
    </w:p>
    <w:p>
      <w:pPr>
        <w:pStyle w:val="ListBullet"/>
        <w:spacing w:after="40"/>
      </w:pPr>
      <w:r>
        <w:t>[Qué aprendiste o qué lograste]</w:t>
      </w:r>
    </w:p>
    <w:p>
      <w:pPr>
        <w:spacing w:before="240" w:after="60"/>
      </w:pPr>
      <w:r>
        <w:rPr>
          <w:b/>
          <w:color w:val="1D4ED8"/>
          <w:sz w:val="21"/>
        </w:rPr>
        <w:t>HABILIDADES</w:t>
      </w:r>
    </w:p>
    <w:p>
      <w:pPr>
        <w:pStyle w:val="ListBullet"/>
        <w:spacing w:after="40"/>
      </w:pPr>
      <w:r>
        <w:t>[Atención al cliente]</w:t>
      </w:r>
    </w:p>
    <w:p>
      <w:pPr>
        <w:pStyle w:val="ListBullet"/>
        <w:spacing w:after="40"/>
      </w:pPr>
      <w:r>
        <w:t>[Trabajo en equipo]</w:t>
      </w:r>
    </w:p>
    <w:p>
      <w:pPr>
        <w:pStyle w:val="ListBullet"/>
        <w:spacing w:after="40"/>
      </w:pPr>
      <w:r>
        <w:t>[Manejo de Excel y correo]</w:t>
      </w:r>
    </w:p>
    <w:p>
      <w:pPr>
        <w:pStyle w:val="ListBullet"/>
        <w:spacing w:after="40"/>
      </w:pPr>
      <w:r>
        <w:t>[Otra habilidad que puedas demostrar]</w:t>
      </w:r>
    </w:p>
    <w:p>
      <w:pPr>
        <w:spacing w:before="240" w:after="60"/>
      </w:pPr>
      <w:r>
        <w:rPr>
          <w:b/>
          <w:color w:val="1D4ED8"/>
          <w:sz w:val="21"/>
        </w:rPr>
        <w:t>IDIOMAS</w:t>
      </w:r>
    </w:p>
    <w:p>
      <w:pPr>
        <w:spacing w:after="40"/>
      </w:pPr>
      <w:r>
        <w:t>Español: nativo   |   [Inglés]: [nivel]</w:t>
      </w:r>
    </w:p>
    <w:p>
      <w:pPr>
        <w:spacing w:before="240" w:after="60"/>
      </w:pPr>
      <w:r>
        <w:rPr>
          <w:b/>
          <w:color w:val="1D4ED8"/>
          <w:sz w:val="21"/>
        </w:rPr>
        <w:t>REFERENCIAS PERSONALES</w:t>
      </w:r>
    </w:p>
    <w:p>
      <w:pPr>
        <w:spacing w:after="40"/>
      </w:pPr>
      <w:r>
        <w:t>[Nombre completo] - [Ocupación] - Celular: [número]</w:t>
      </w:r>
    </w:p>
    <w:p>
      <w:pPr>
        <w:spacing w:after="40"/>
      </w:pPr>
      <w:r>
        <w:t>[Nombre completo] - [Ocupación] - Celular: [número]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75569"/>
        <w:sz w:val="16"/>
      </w:rPr>
      <w:t>Formato gratuito de CazVid - cazvid.com/es/formato-hoja-de-vida-ecuador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CazVid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es-EC</dc:language>
</cp:coreProperties>
</file>