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4"/>
        </w:rPr>
        <w:t>[NOMBRES Y APELLIDOS]</w:t>
      </w:r>
    </w:p>
    <w:p>
      <w:pPr>
        <w:jc w:val="left"/>
      </w:pPr>
      <w:r>
        <w:rPr>
          <w:color w:val="475569"/>
          <w:sz w:val="26"/>
        </w:rPr>
        <w:t>[Cargo u ocupación a la que aspiras]</w:t>
      </w:r>
    </w:p>
    <w:p>
      <w:pPr>
        <w:spacing w:after="40"/>
      </w:pPr>
      <w:r>
        <w:t>[Ciudad, departamento] | [Celular] | [Correo electrónico]</w:t>
      </w:r>
    </w:p>
    <w:p>
      <w:pPr>
        <w:spacing w:before="280" w:after="80"/>
      </w:pPr>
      <w:r>
        <w:rPr>
          <w:b/>
          <w:sz w:val="24"/>
        </w:rPr>
        <w:t>PERFIL PROFESIONAL</w:t>
      </w:r>
    </w:p>
    <w:p>
      <w:r>
        <w:t>[Escribe de 3 a 5 líneas: quién eres, cuántos años de experiencia tienes, en qué sector, tus dos o tres fortalezas principales y qué tipo de cargo buscas.] [Usa las mismas palabras que aparecen en la oferta de empleo.]</w:t>
      </w:r>
    </w:p>
    <w:p>
      <w:pPr>
        <w:spacing w:before="280" w:after="80"/>
      </w:pPr>
      <w:r>
        <w:rPr>
          <w:b/>
          <w:sz w:val="24"/>
        </w:rPr>
        <w:t>EXPERIENCIA LABORAL</w:t>
      </w:r>
    </w:p>
    <w:p>
      <w:pPr>
        <w:spacing w:after="40"/>
      </w:pPr>
      <w:r>
        <w:t>[Cargo] - [Nombre de la empresa], [ciudad]</w:t>
      </w:r>
    </w:p>
    <w:p>
      <w:pPr>
        <w:spacing w:after="40"/>
      </w:pPr>
      <w:r>
        <w:t>[Mes y año de inicio] a [mes y año de retiro]</w:t>
      </w:r>
    </w:p>
    <w:p>
      <w:pPr>
        <w:pStyle w:val="ListBullet"/>
        <w:spacing w:after="40"/>
      </w:pPr>
      <w:r>
        <w:t>[Función o logro principal, con un número si lo tienes]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pPr>
        <w:spacing w:after="40"/>
      </w:pPr>
      <w:r>
        <w:t>[Cargo] - [Nombre de la empresa], [ciudad]</w:t>
      </w:r>
    </w:p>
    <w:p>
      <w:pPr>
        <w:spacing w:after="40"/>
      </w:pPr>
      <w:r>
        <w:t>[Mes y año de inicio] a [mes y año de retiro]</w:t>
      </w:r>
    </w:p>
    <w:p>
      <w:pPr>
        <w:pStyle w:val="ListBullet"/>
        <w:spacing w:after="40"/>
      </w:pPr>
      <w:r>
        <w:t>[Función o logro principal, con un número si lo tienes]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pPr>
        <w:spacing w:after="40"/>
      </w:pPr>
      <w:r>
        <w:t>[Cargo] - [Nombre de la empresa], [ciudad]</w:t>
      </w:r>
    </w:p>
    <w:p>
      <w:pPr>
        <w:spacing w:after="40"/>
      </w:pPr>
      <w:r>
        <w:t>[Mes y año de inicio] a [mes y año de retiro]</w:t>
      </w:r>
    </w:p>
    <w:p>
      <w:pPr>
        <w:pStyle w:val="ListBullet"/>
        <w:spacing w:after="40"/>
      </w:pPr>
      <w:r>
        <w:t>[Función o logro principal, con un número si lo tienes]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pPr>
        <w:spacing w:before="280" w:after="80"/>
      </w:pPr>
      <w:r>
        <w:rPr>
          <w:b/>
          <w:sz w:val="24"/>
        </w:rPr>
        <w:t>EDUCACIÓN</w:t>
      </w:r>
    </w:p>
    <w:p>
      <w:pPr>
        <w:spacing w:after="40"/>
      </w:pPr>
      <w:r>
        <w:t>[Título obtenido] - [Institución], [ciudad] - [año de grado]</w:t>
      </w:r>
    </w:p>
    <w:p>
      <w:pPr>
        <w:spacing w:after="40"/>
      </w:pPr>
      <w:r>
        <w:t>[Bachiller académico] - [Colegio], [ciudad] - [año de grado]</w:t>
      </w:r>
    </w:p>
    <w:p>
      <w:pPr>
        <w:spacing w:before="280" w:after="80"/>
      </w:pPr>
      <w:r>
        <w:rPr>
          <w:b/>
          <w:sz w:val="24"/>
        </w:rPr>
        <w:t>CURSOS Y CERTIFICACIONES</w:t>
      </w:r>
    </w:p>
    <w:p>
      <w:pPr>
        <w:spacing w:after="40"/>
      </w:pPr>
      <w:r>
        <w:t>[Curso, diplomado o certificación] - [Institución] - [año] - [horas]</w:t>
      </w:r>
    </w:p>
    <w:p>
      <w:pPr>
        <w:spacing w:before="280" w:after="80"/>
      </w:pPr>
      <w:r>
        <w:rPr>
          <w:b/>
          <w:sz w:val="24"/>
        </w:rPr>
        <w:t>HABILIDADES</w:t>
      </w:r>
    </w:p>
    <w:p>
      <w:r>
        <w:t>[Habilidad 1], [habilidad 2], [habilidad 3], [herramienta 1], [herramienta 2]</w:t>
      </w:r>
    </w:p>
    <w:p>
      <w:pPr>
        <w:spacing w:before="280" w:after="80"/>
      </w:pPr>
      <w:r>
        <w:rPr>
          <w:b/>
          <w:sz w:val="24"/>
        </w:rPr>
        <w:t>IDIOMAS</w:t>
      </w:r>
    </w:p>
    <w:p>
      <w:r>
        <w:t>Español: nativo. [Inglés: nivel].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es-CO</dc:language>
</cp:coreProperties>
</file>