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HOJA DE VIDA</w:t>
      </w:r>
    </w:p>
    <w:p>
      <w:pPr>
        <w:jc w:val="center"/>
      </w:pPr>
      <w:r>
        <w:rPr>
          <w:b/>
          <w:sz w:val="44"/>
        </w:rPr>
        <w:t>[NOMBRES Y APELLIDOS]</w:t>
      </w:r>
    </w:p>
    <w:p>
      <w:pPr>
        <w:jc w:val="center"/>
      </w:pPr>
      <w:r>
        <w:rPr>
          <w:color w:val="475569"/>
          <w:sz w:val="26"/>
        </w:rPr>
        <w:t>[Cargo u ocupación a la que aspiras]</w:t>
      </w:r>
    </w:p>
    <w:p>
      <w:pPr>
        <w:spacing w:before="280" w:after="80"/>
      </w:pPr>
      <w:r>
        <w:rPr>
          <w:b/>
          <w:sz w:val="24"/>
        </w:rPr>
        <w:t>DATOS PERSONALES</w:t>
      </w:r>
    </w:p>
    <w:p>
      <w:pPr>
        <w:spacing w:after="40"/>
      </w:pPr>
      <w:r>
        <w:t>Cédula de ciudadanía: [número] de [ciudad de expedición]</w:t>
      </w:r>
    </w:p>
    <w:p>
      <w:pPr>
        <w:spacing w:after="40"/>
      </w:pPr>
      <w:r>
        <w:t>Celular: [número]   |   Correo: [correo electrónico]</w:t>
      </w:r>
    </w:p>
    <w:p>
      <w:pPr>
        <w:spacing w:after="40"/>
      </w:pPr>
      <w:r>
        <w:t>Dirección: [dirección, barrio]   |   Ciudad: [ciudad, departamento]</w:t>
      </w:r>
    </w:p>
    <w:p>
      <w:pPr>
        <w:spacing w:after="40"/>
      </w:pPr>
      <w:r>
        <w:t>Fecha y lugar de nacimiento: [día, mes, año] - [ciudad]</w:t>
      </w:r>
    </w:p>
    <w:p>
      <w:pPr>
        <w:spacing w:after="40"/>
      </w:pPr>
      <w:r>
        <w:t>Estado civil: [opcional]</w:t>
      </w:r>
    </w:p>
    <w:p>
      <w:pPr>
        <w:spacing w:before="280" w:after="80"/>
      </w:pPr>
      <w:r>
        <w:rPr>
          <w:b/>
          <w:sz w:val="24"/>
        </w:rPr>
        <w:t>PERFIL PROFESIONAL</w:t>
      </w:r>
    </w:p>
    <w:p>
      <w:r>
        <w:t>[Escribe de 3 a 5 líneas: quién eres, cuántos años de experiencia tienes, en qué sector, tus dos o tres fortalezas principales y qué tipo de cargo buscas.]</w:t>
      </w:r>
    </w:p>
    <w:p>
      <w:pPr>
        <w:spacing w:before="280" w:after="80"/>
      </w:pPr>
      <w:r>
        <w:rPr>
          <w:b/>
          <w:sz w:val="24"/>
        </w:rPr>
        <w:t>FORMACIÓN ACADÉMICA</w:t>
      </w:r>
    </w:p>
    <w:p>
      <w:pPr>
        <w:spacing w:after="40"/>
      </w:pPr>
      <w:r>
        <w:t>[Título obtenido] - [Institución], [ciudad] - [año de grado]</w:t>
      </w:r>
    </w:p>
    <w:p>
      <w:pPr>
        <w:spacing w:after="40"/>
      </w:pPr>
      <w:r>
        <w:t>[Bachiller académico] - [Colegio], [ciudad] - [año de grado]</w:t>
      </w:r>
    </w:p>
    <w:p>
      <w:pPr>
        <w:spacing w:before="280" w:after="80"/>
      </w:pPr>
      <w:r>
        <w:rPr>
          <w:b/>
          <w:sz w:val="24"/>
        </w:rPr>
        <w:t>FORMACIÓN COMPLEMENTARIA</w:t>
      </w:r>
    </w:p>
    <w:p>
      <w:pPr>
        <w:spacing w:after="40"/>
      </w:pPr>
      <w:r>
        <w:t>[Curso, diplomado o certificación] - [Institución] - [año] - [horas]</w:t>
      </w:r>
    </w:p>
    <w:p>
      <w:pPr>
        <w:spacing w:before="280" w:after="80"/>
      </w:pPr>
      <w:r>
        <w:rPr>
          <w:b/>
          <w:sz w:val="24"/>
        </w:rPr>
        <w:t>EXPERIENCIA LABORAL</w:t>
      </w:r>
    </w:p>
    <w:p>
      <w:pPr>
        <w:spacing w:after="40"/>
      </w:pPr>
      <w:r>
        <w:t>[Cargo] - [Nombre de la empresa], [ciudad]</w:t>
      </w:r>
    </w:p>
    <w:p>
      <w:pPr>
        <w:spacing w:after="40"/>
      </w:pPr>
      <w:r>
        <w:t>[Mes y año de inicio] a [mes y año de retiro]</w:t>
      </w:r>
    </w:p>
    <w:p>
      <w:pPr>
        <w:pStyle w:val="ListBullet"/>
        <w:spacing w:after="40"/>
      </w:pPr>
      <w:r>
        <w:t>[Función o logro principal, con un número si lo tienes]</w:t>
      </w:r>
    </w:p>
    <w:p>
      <w:pPr>
        <w:pStyle w:val="ListBullet"/>
        <w:spacing w:after="40"/>
      </w:pPr>
      <w:r>
        <w:t>[Segunda función o logro]</w:t>
      </w:r>
    </w:p>
    <w:p>
      <w:pPr>
        <w:pStyle w:val="ListBullet"/>
        <w:spacing w:after="40"/>
      </w:pPr>
      <w:r>
        <w:t>[Tercera función o logro]</w:t>
      </w:r>
    </w:p>
    <w:p>
      <w:r>
        <w:t>Jefe inmediato: [nombre]   |   Teléfono: [número]</w:t>
      </w:r>
    </w:p>
    <w:p>
      <w:pPr>
        <w:spacing w:after="40"/>
      </w:pPr>
      <w:r>
        <w:t>[Cargo] - [Nombre de la empresa], [ciudad]</w:t>
      </w:r>
    </w:p>
    <w:p>
      <w:pPr>
        <w:spacing w:after="40"/>
      </w:pPr>
      <w:r>
        <w:t>[Mes y año de inicio] a [mes y año de retiro]</w:t>
      </w:r>
    </w:p>
    <w:p>
      <w:pPr>
        <w:pStyle w:val="ListBullet"/>
        <w:spacing w:after="40"/>
      </w:pPr>
      <w:r>
        <w:t>[Función o logro principal, con un número si lo tienes]</w:t>
      </w:r>
    </w:p>
    <w:p>
      <w:pPr>
        <w:pStyle w:val="ListBullet"/>
        <w:spacing w:after="40"/>
      </w:pPr>
      <w:r>
        <w:t>[Segunda función o logro]</w:t>
      </w:r>
    </w:p>
    <w:p>
      <w:pPr>
        <w:pStyle w:val="ListBullet"/>
        <w:spacing w:after="40"/>
      </w:pPr>
      <w:r>
        <w:t>[Tercera función o logro]</w:t>
      </w:r>
    </w:p>
    <w:p>
      <w:r>
        <w:t>Jefe inmediato: [nombre]   |   Teléfono: [número]</w:t>
      </w:r>
    </w:p>
    <w:p>
      <w:pPr>
        <w:spacing w:before="280" w:after="80"/>
      </w:pPr>
      <w:r>
        <w:rPr>
          <w:b/>
          <w:sz w:val="24"/>
        </w:rPr>
        <w:t>REFERENCIAS LABORALES</w:t>
      </w:r>
    </w:p>
    <w:p>
      <w:pPr>
        <w:spacing w:after="40"/>
      </w:pPr>
      <w:r>
        <w:t>[Nombre completo] - [Cargo y empresa] - Celular: [número]</w:t>
      </w:r>
    </w:p>
    <w:p>
      <w:pPr>
        <w:spacing w:after="40"/>
      </w:pPr>
      <w:r>
        <w:t>[Nombre completo] - [Cargo y empresa] - Celular: [número]</w:t>
      </w:r>
    </w:p>
    <w:p>
      <w:pPr>
        <w:spacing w:before="280" w:after="80"/>
      </w:pPr>
      <w:r>
        <w:rPr>
          <w:b/>
          <w:sz w:val="24"/>
        </w:rPr>
        <w:t>REFERENCIAS PERSONALES</w:t>
      </w:r>
    </w:p>
    <w:p>
      <w:pPr>
        <w:spacing w:after="40"/>
      </w:pPr>
      <w:r>
        <w:t>[Nombre completo] - [Ocupación] - Celular: [número]</w:t>
      </w:r>
    </w:p>
    <w:p>
      <w:pPr>
        <w:spacing w:after="40"/>
      </w:pPr>
      <w:r>
        <w:t>[Nombre completo] - [Ocupación] - Celular: [número]</w:t>
      </w:r>
    </w:p>
    <w:p>
      <w:pPr>
        <w:spacing w:before="560"/>
      </w:pPr>
      <w:r>
        <w:t>______________________________</w:t>
      </w:r>
    </w:p>
    <w:p>
      <w:r>
        <w:t>[Nombres y apellidos]</w:t>
      </w:r>
    </w:p>
    <w:p>
      <w:r>
        <w:t>C.C. [número] de [ciudad]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es-CO</dc:language>
</cp:coreProperties>
</file>