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D4ED8"/>
          <w:sz w:val="44"/>
        </w:rPr>
        <w:t>[NOMBRES Y APELLIDOS]</w:t>
      </w:r>
    </w:p>
    <w:p>
      <w:pPr>
        <w:jc w:val="left"/>
      </w:pPr>
      <w:r>
        <w:rPr>
          <w:color w:val="475569"/>
          <w:sz w:val="26"/>
        </w:rPr>
        <w:t>[Cargo u ocupación a la que aspiras]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75"/>
          </w:tcPr>
          <w:p/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CONTACTO</w:t>
            </w:r>
          </w:p>
          <w:p>
            <w:pPr>
              <w:spacing w:after="40"/>
            </w:pPr>
            <w:r>
              <w:t>[Celular]</w:t>
            </w:r>
          </w:p>
          <w:p>
            <w:pPr>
              <w:spacing w:after="40"/>
            </w:pPr>
            <w:r>
              <w:t>[Correo electrónico]</w:t>
            </w:r>
          </w:p>
          <w:p>
            <w:pPr>
              <w:spacing w:after="40"/>
            </w:pPr>
            <w:r>
              <w:t>[Ciudad, departamento]</w:t>
            </w:r>
          </w:p>
          <w:p>
            <w:pPr>
              <w:spacing w:after="40"/>
            </w:pPr>
            <w:r>
              <w:t>[Enlace a tu perfil o portafolio]</w:t>
            </w:r>
          </w:p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HABILIDADES</w:t>
            </w:r>
          </w:p>
          <w:p>
            <w:pPr>
              <w:spacing w:after="40"/>
            </w:pPr>
            <w:r>
              <w:t>[Habilidad 1]</w:t>
            </w:r>
          </w:p>
          <w:p>
            <w:pPr>
              <w:spacing w:after="40"/>
            </w:pPr>
            <w:r>
              <w:t>[Habilidad 2]</w:t>
            </w:r>
          </w:p>
          <w:p>
            <w:pPr>
              <w:spacing w:after="40"/>
            </w:pPr>
            <w:r>
              <w:t>[Habilidad 3]</w:t>
            </w:r>
          </w:p>
          <w:p>
            <w:pPr>
              <w:spacing w:after="40"/>
            </w:pPr>
            <w:r>
              <w:t>[Habilidad 4]</w:t>
            </w:r>
          </w:p>
          <w:p>
            <w:pPr>
              <w:spacing w:after="40"/>
            </w:pPr>
            <w:r>
              <w:t>[Habilidad 5]</w:t>
            </w:r>
          </w:p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IDIOMAS</w:t>
            </w:r>
          </w:p>
          <w:p>
            <w:pPr>
              <w:spacing w:after="40"/>
            </w:pPr>
            <w:r>
              <w:t>Español - nativo</w:t>
            </w:r>
          </w:p>
          <w:p>
            <w:pPr>
              <w:spacing w:after="40"/>
            </w:pPr>
            <w:r>
              <w:t>[Inglés - nivel]</w:t>
            </w:r>
          </w:p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HERRAMIENTAS</w:t>
            </w:r>
          </w:p>
          <w:p>
            <w:pPr>
              <w:spacing w:after="40"/>
            </w:pPr>
            <w:r>
              <w:t>[Excel, Word, sistema POS, otro]</w:t>
            </w:r>
          </w:p>
        </w:tc>
        <w:tc>
          <w:tcPr>
            <w:tcW w:type="dxa" w:w="6236"/>
          </w:tcPr>
          <w:p/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PERFIL</w:t>
            </w:r>
          </w:p>
          <w:p>
            <w:pPr>
              <w:spacing w:after="40"/>
            </w:pPr>
            <w:r>
              <w:t>[Escribe de 3 a 5 líneas: quién eres, cuántos años de experiencia tienes, en qué sector, tus dos o tres fortalezas principales y qué tipo de cargo buscas.]</w:t>
            </w:r>
          </w:p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EXPERIENCIA</w:t>
            </w:r>
          </w:p>
          <w:p>
            <w:pPr>
              <w:spacing w:after="40"/>
            </w:pPr>
            <w:r>
              <w:t>[Cargo] - [Nombre de la empresa], [ciudad]</w:t>
            </w:r>
          </w:p>
          <w:p>
            <w:pPr>
              <w:spacing w:after="40"/>
            </w:pPr>
            <w:r>
              <w:t>[Mes y año de inicio] a [mes y año de retiro]</w:t>
            </w:r>
          </w:p>
          <w:p>
            <w:pPr>
              <w:spacing w:after="40"/>
            </w:pPr>
            <w:r>
              <w:t>- [Función o logro principal, con un número si lo tienes]</w:t>
            </w:r>
          </w:p>
          <w:p>
            <w:pPr>
              <w:spacing w:after="40"/>
            </w:pPr>
            <w:r>
              <w:t>- [Segunda función o logro]</w:t>
            </w:r>
          </w:p>
          <w:p>
            <w:pPr>
              <w:spacing w:after="40"/>
            </w:pPr>
            <w:r>
              <w:t>- [Tercera función o logro]</w:t>
            </w:r>
          </w:p>
          <w:p>
            <w:pPr>
              <w:spacing w:after="40"/>
            </w:pPr>
            <w:r>
              <w:t>[Cargo] - [Nombre de la empresa], [ciudad]</w:t>
            </w:r>
          </w:p>
          <w:p>
            <w:pPr>
              <w:spacing w:after="40"/>
            </w:pPr>
            <w:r>
              <w:t>[Mes y año de inicio] a [mes y año de retiro]</w:t>
            </w:r>
          </w:p>
          <w:p>
            <w:pPr>
              <w:spacing w:after="40"/>
            </w:pPr>
            <w:r>
              <w:t>- [Función o logro principal, con un número si lo tienes]</w:t>
            </w:r>
          </w:p>
          <w:p>
            <w:pPr>
              <w:spacing w:after="40"/>
            </w:pPr>
            <w:r>
              <w:t>- [Segunda función o logro]</w:t>
            </w:r>
          </w:p>
          <w:p>
            <w:pPr>
              <w:spacing w:after="40"/>
            </w:pPr>
            <w:r>
              <w:t>- [Tercera función o logro]</w:t>
            </w:r>
          </w:p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EDUCACIÓN</w:t>
            </w:r>
          </w:p>
          <w:p>
            <w:pPr>
              <w:spacing w:after="40"/>
            </w:pPr>
            <w:r>
              <w:t>[Título obtenido] - [Institución], [ciudad] - [año de grado]</w:t>
            </w:r>
          </w:p>
          <w:p>
            <w:pPr>
              <w:spacing w:after="40"/>
            </w:pPr>
            <w:r>
              <w:t>[Bachiller académico] - [Colegio], [ciudad] - [año de grado]</w:t>
            </w:r>
          </w:p>
          <w:p>
            <w:pPr>
              <w:spacing w:after="40"/>
            </w:pPr>
            <w:r>
              <w:t>[Curso, diplomado o certificación] - [Institución] - [año] - [horas]</w:t>
            </w:r>
          </w:p>
          <w:p>
            <w:pPr>
              <w:spacing w:before="200"/>
            </w:pPr>
            <w:r>
              <w:rPr>
                <w:b/>
                <w:color w:val="1D4ED8"/>
                <w:sz w:val="22"/>
              </w:rPr>
              <w:t>REFERENCIAS</w:t>
            </w:r>
          </w:p>
          <w:p>
            <w:pPr>
              <w:spacing w:after="40"/>
            </w:pPr>
            <w:r>
              <w:t>[Nombre completo] - [Cargo y empresa] - Celular: [número]</w:t>
            </w:r>
          </w:p>
          <w:p>
            <w:pPr>
              <w:spacing w:after="40"/>
            </w:pPr>
            <w:r>
              <w:t>[Nombre completo] - [Ocupación] - Celular: [número]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es-CO</dc:language>
</cp:coreProperties>
</file>