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44"/>
        </w:rPr>
        <w:t>[NOMBRES Y APELLIDOS]</w:t>
      </w:r>
    </w:p>
    <w:p>
      <w:pPr>
        <w:jc w:val="left"/>
      </w:pPr>
      <w:r>
        <w:rPr>
          <w:color w:val="475569"/>
          <w:sz w:val="26"/>
        </w:rPr>
        <w:t>[Cargo u ocupación a la que aspiras]</w:t>
      </w:r>
    </w:p>
    <w:p>
      <w:pPr>
        <w:spacing w:after="40"/>
      </w:pPr>
      <w:r>
        <w:t>Cédula de ciudadanía: [número] de [ciudad de expedición]</w:t>
      </w:r>
    </w:p>
    <w:p>
      <w:pPr>
        <w:spacing w:after="40"/>
      </w:pPr>
      <w:r>
        <w:t>Celular: [número]   |   Correo: [correo electrónico]</w:t>
      </w:r>
    </w:p>
    <w:p>
      <w:pPr>
        <w:spacing w:after="40"/>
      </w:pPr>
      <w:r>
        <w:t>Dirección: [dirección, barrio]   |   Ciudad: [ciudad, departamento]</w:t>
      </w:r>
    </w:p>
    <w:p>
      <w:pPr>
        <w:spacing w:before="280" w:after="80"/>
      </w:pPr>
      <w:r>
        <w:rPr>
          <w:b/>
          <w:color w:val="1D4ED8"/>
          <w:sz w:val="24"/>
        </w:rPr>
        <w:t>PERFIL</w:t>
      </w:r>
    </w:p>
    <w:p>
      <w:r>
        <w:t>[Escribe de 3 a 4 líneas: qué estudiaste o estás estudiando, qué sabes hacer, tus fortalezas (responsable, puntual, aprendo rápido) y el tipo de trabajo que buscas.]</w:t>
      </w:r>
    </w:p>
    <w:p>
      <w:pPr>
        <w:spacing w:before="280" w:after="80"/>
      </w:pPr>
      <w:r>
        <w:rPr>
          <w:b/>
          <w:color w:val="1D4ED8"/>
          <w:sz w:val="24"/>
        </w:rPr>
        <w:t>FORMACIÓN ACADÉMICA</w:t>
      </w:r>
    </w:p>
    <w:p>
      <w:pPr>
        <w:spacing w:after="40"/>
      </w:pPr>
      <w:r>
        <w:t>[Título obtenido] - [Institución], [ciudad] - [año de grado]</w:t>
      </w:r>
    </w:p>
    <w:p>
      <w:pPr>
        <w:spacing w:after="40"/>
      </w:pPr>
      <w:r>
        <w:t>[Bachiller académico] - [Colegio], [ciudad] - [año de grado]</w:t>
      </w:r>
    </w:p>
    <w:p>
      <w:pPr>
        <w:spacing w:before="280" w:after="80"/>
      </w:pPr>
      <w:r>
        <w:rPr>
          <w:b/>
          <w:color w:val="1D4ED8"/>
          <w:sz w:val="24"/>
        </w:rPr>
        <w:t>CURSOS Y CERTIFICADOS</w:t>
      </w:r>
    </w:p>
    <w:p>
      <w:pPr>
        <w:spacing w:after="40"/>
      </w:pPr>
      <w:r>
        <w:t>[Curso, diplomado o certificación] - [Institución] - [año] - [horas]</w:t>
      </w:r>
    </w:p>
    <w:p>
      <w:pPr>
        <w:spacing w:after="40"/>
      </w:pPr>
      <w:r>
        <w:t>[Curso del SENA u otra institución] - [año] - [horas]</w:t>
      </w:r>
    </w:p>
    <w:p>
      <w:pPr>
        <w:spacing w:before="280" w:after="80"/>
      </w:pPr>
      <w:r>
        <w:rPr>
          <w:b/>
          <w:color w:val="1D4ED8"/>
          <w:sz w:val="24"/>
        </w:rPr>
        <w:t>PRÁCTICAS, VOLUNTARIADOS Y TRABAJOS INFORMALES</w:t>
      </w:r>
    </w:p>
    <w:p>
      <w:pPr>
        <w:spacing w:after="40"/>
      </w:pPr>
      <w:r>
        <w:t>[Actividad] - [Lugar u organización] - [fechas]</w:t>
      </w:r>
    </w:p>
    <w:p>
      <w:pPr>
        <w:pStyle w:val="ListBullet"/>
        <w:spacing w:after="40"/>
      </w:pPr>
      <w:r>
        <w:t>[Qué hacías: atender clientes, manejar caja, cuidar niños, vender por redes, apoyar un negocio familiar]</w:t>
      </w:r>
    </w:p>
    <w:p>
      <w:pPr>
        <w:pStyle w:val="ListBullet"/>
        <w:spacing w:after="40"/>
      </w:pPr>
      <w:r>
        <w:t>[Qué aprendiste o lograste]</w:t>
      </w:r>
    </w:p>
    <w:p>
      <w:pPr>
        <w:spacing w:before="280" w:after="80"/>
      </w:pPr>
      <w:r>
        <w:rPr>
          <w:b/>
          <w:color w:val="1D4ED8"/>
          <w:sz w:val="24"/>
        </w:rPr>
        <w:t>HABILIDADES</w:t>
      </w:r>
    </w:p>
    <w:p>
      <w:pPr>
        <w:pStyle w:val="ListBullet"/>
        <w:spacing w:after="40"/>
      </w:pPr>
      <w:r>
        <w:t>[Atención al cliente]</w:t>
      </w:r>
    </w:p>
    <w:p>
      <w:pPr>
        <w:pStyle w:val="ListBullet"/>
        <w:spacing w:after="40"/>
      </w:pPr>
      <w:r>
        <w:t>[Trabajo en equipo]</w:t>
      </w:r>
    </w:p>
    <w:p>
      <w:pPr>
        <w:pStyle w:val="ListBullet"/>
        <w:spacing w:after="40"/>
      </w:pPr>
      <w:r>
        <w:t>[Manejo básico de Excel y Word]</w:t>
      </w:r>
    </w:p>
    <w:p>
      <w:pPr>
        <w:pStyle w:val="ListBullet"/>
        <w:spacing w:after="40"/>
      </w:pPr>
      <w:r>
        <w:t>[Otra habilidad]</w:t>
      </w:r>
    </w:p>
    <w:p>
      <w:pPr>
        <w:spacing w:before="280" w:after="80"/>
      </w:pPr>
      <w:r>
        <w:rPr>
          <w:b/>
          <w:color w:val="1D4ED8"/>
          <w:sz w:val="24"/>
        </w:rPr>
        <w:t>REFERENCIAS PERSONALES</w:t>
      </w:r>
    </w:p>
    <w:p>
      <w:pPr>
        <w:spacing w:after="40"/>
      </w:pPr>
      <w:r>
        <w:t>[Nombre completo] - [Ocupación] - Celular: [número]</w:t>
      </w:r>
    </w:p>
    <w:p>
      <w:pPr>
        <w:spacing w:after="40"/>
      </w:pPr>
      <w:r>
        <w:t>[Nombre completo] - [Ocupación] - Celular: [número]</w:t>
      </w:r>
    </w:p>
    <w:p>
      <w:pPr>
        <w:spacing w:before="280" w:after="80"/>
      </w:pPr>
      <w:r>
        <w:rPr>
          <w:b/>
          <w:color w:val="1D4ED8"/>
          <w:sz w:val="24"/>
        </w:rPr>
        <w:t>REFERENCIA ACADÉMICA O FAMILIAR</w:t>
      </w:r>
    </w:p>
    <w:p>
      <w:pPr>
        <w:spacing w:after="40"/>
      </w:pPr>
      <w:r>
        <w:t>[Nombre completo] - [Profesor, vecino o familiar] - Celular: [número]</w:t>
      </w:r>
    </w:p>
    <w:p>
      <w:pPr>
        <w:spacing w:before="560"/>
      </w:pPr>
      <w:r>
        <w:t>______________________________</w:t>
      </w:r>
    </w:p>
    <w:p>
      <w:r>
        <w:t>[Nombres y apellidos]</w:t>
      </w:r>
    </w:p>
    <w:p>
      <w:r>
        <w:t>C.C. [número] de [ciudad]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Formato gratuito de CazVid - cazvid.com/es/formato-hoja-de-vida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es-CO</dc:language>
</cp:coreProperties>
</file>