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2"/>
        </w:rPr>
        <w:t>SOLICITUD DE EMPLEO</w:t>
      </w:r>
    </w:p>
    <w:p>
      <w:pPr>
        <w:spacing w:after="160"/>
        <w:jc w:val="center"/>
      </w:pPr>
      <w:r>
        <w:rPr>
          <w:color w:val="475569"/>
          <w:sz w:val="18"/>
        </w:rPr>
        <w:t>Formato extendido con las mismas secciones que pide la solicitud del SNE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25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Puesto que solicita:</w:t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Sueldo mensual deseado:</w:t>
            </w:r>
          </w:p>
        </w:tc>
        <w:tc>
          <w:tcPr>
            <w:tcW w:type="dxa" w:w="266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Fecha:</w:t>
            </w:r>
          </w:p>
        </w:tc>
      </w:tr>
      <w:tr>
        <w:tc>
          <w:tcPr>
            <w:tcW w:type="dxa" w:w="425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 en que puede presentarse a trabajar:</w:t>
            </w:r>
          </w:p>
        </w:tc>
        <w:tc>
          <w:tcPr>
            <w:tcW w:type="dxa" w:w="2665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Turno disponible: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DATOS PERSONALES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Apellido paterno: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Apellido materno: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Nombre(s):</w:t>
            </w:r>
          </w:p>
        </w:tc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Edad:</w:t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Calle y número: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Colonia: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Código postal:</w:t>
            </w:r>
          </w:p>
        </w:tc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Sexo:</w:t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Alcaldía o municipio, entidad: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Teléfono o celular:</w:t>
            </w:r>
          </w:p>
        </w:tc>
        <w:tc>
          <w:tcPr>
            <w:tcW w:type="dxa" w:w="2154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Correo electrónico:</w:t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 y entidad de nacimiento: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Nacionalidad:</w:t>
            </w:r>
          </w:p>
        </w:tc>
        <w:tc>
          <w:tcPr>
            <w:tcW w:type="dxa" w:w="2154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Estado civil:</w:t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Vive con:</w:t>
            </w:r>
          </w:p>
        </w:tc>
        <w:tc>
          <w:tcPr>
            <w:tcW w:type="dxa" w:w="2154"/>
            <w:gridSpan w:val="3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Personas que dependen de usted: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DOCUMENTACIÓN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CURP: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RFC: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Número de AFORE: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Número de Seguridad Social: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Licencia de manejo (clase y número):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Pasaporte: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Cartilla del Servicio Militar Nacional:</w:t>
            </w:r>
          </w:p>
        </w:tc>
        <w:tc>
          <w:tcPr>
            <w:tcW w:type="dxa" w:w="3288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Si es extranjero, documento que le permite trabajar en el país: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ESCOLARIDAD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Nivel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Escuela</w:t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Entidad y municipio</w:t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De</w:t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</w:t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Documento obtenido</w:t>
            </w:r>
          </w:p>
        </w:tc>
      </w:tr>
      <w:tr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Primaria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Secundaria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Bachillerato o vocacional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Profesional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Comercial u otras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47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986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Estudios que realiza actualmente (escuela, carrera, grado y horario):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CONOCIMIENTOS GENERALES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Idiomas que domina y nivel:</w:t>
            </w:r>
          </w:p>
        </w:tc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Funciones de oficina que domina:</w:t>
            </w:r>
          </w:p>
        </w:tc>
      </w:tr>
      <w:tr>
        <w:tc>
          <w:tcPr>
            <w:tcW w:type="dxa" w:w="4932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Máquinas, equipo o software que sabe manejar:</w:t>
            </w:r>
          </w:p>
        </w:tc>
      </w:tr>
      <w:tr>
        <w:tc>
          <w:tcPr>
            <w:tcW w:type="dxa" w:w="4932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Otros trabajos o funciones que domina: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EMPLEO ACTUAL O ANTERIORES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Concepto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Empleo actual o último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Empleo anterior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Empleo anterior</w:t>
            </w:r>
          </w:p>
        </w:tc>
      </w:tr>
      <w:tr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Empresa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Domicilio y teléfono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Puesto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Tiempo que prestó sus servicios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Sueldo inicial y final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Motivo de su separación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Jefe inmediato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Actividades desempeñadas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DATOS GENERALES Y DISPONIBILIDAD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Puede viajar: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Puede cambiar de lugar de residencia: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 en que puede presentarse: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Sueldo mensual deseado:</w:t>
            </w:r>
          </w:p>
        </w:tc>
        <w:tc>
          <w:tcPr>
            <w:tcW w:type="dxa" w:w="3288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Tiene otros ingresos (cuáles e importe):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REFERENCIAS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Ocupación o empresa</w:t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Teléfono</w:t>
            </w:r>
          </w:p>
        </w:tc>
        <w:tc>
          <w:tcPr>
            <w:tcW w:type="dxa" w:w="170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Años de conocerlo</w:t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70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70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70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520" w:after="0"/>
        <w:jc w:val="center"/>
      </w:pPr>
      <w:r>
        <w:t>______________________________________</w:t>
      </w:r>
    </w:p>
    <w:p>
      <w:pPr>
        <w:spacing w:after="0"/>
        <w:jc w:val="center"/>
      </w:pPr>
      <w:r>
        <w:rPr>
          <w:color w:val="475569"/>
          <w:sz w:val="17"/>
        </w:rPr>
        <w:t>Declaro que los datos anteriores son verdaderos y autorizo su verificación.</w:t>
      </w:r>
    </w:p>
    <w:p>
      <w:pPr>
        <w:spacing w:after="0"/>
        <w:jc w:val="center"/>
      </w:pPr>
      <w:r>
        <w:rPr>
          <w:color w:val="475569"/>
          <w:sz w:val="17"/>
        </w:rPr>
        <w:t>Nombre y firma del solicitante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cazvid.com/es/formato-solicitud-de-empleo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