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F172A"/>
          <w:sz w:val="32"/>
        </w:rPr>
        <w:t>SOLICITUD DE EMPLEO</w:t>
      </w:r>
    </w:p>
    <w:p>
      <w:pPr>
        <w:spacing w:after="160"/>
        <w:jc w:val="center"/>
      </w:pPr>
      <w:r>
        <w:rPr>
          <w:color w:val="475569"/>
          <w:sz w:val="18"/>
        </w:rPr>
        <w:t>Formato general para entregar impreso o llenar en Word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425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Puesto que solicita:</w:t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Sueldo mensual deseado:</w:t>
            </w:r>
          </w:p>
        </w:tc>
        <w:tc>
          <w:tcPr>
            <w:tcW w:type="dxa" w:w="266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Fecha:</w:t>
            </w:r>
          </w:p>
        </w:tc>
      </w:tr>
      <w:tr>
        <w:tc>
          <w:tcPr>
            <w:tcW w:type="dxa" w:w="425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 en que puede presentarse a trabajar:</w:t>
            </w:r>
          </w:p>
        </w:tc>
        <w:tc>
          <w:tcPr>
            <w:tcW w:type="dxa" w:w="2665"/>
            <w:gridSpan w:val="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Turno disponible: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DATOS PERSONALES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Apellido paterno: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Apellido materno: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Nombre(s):</w:t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 de nacimiento: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Edad: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Estado civil:</w:t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Calle y número: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Colonia: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Código postal:</w:t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Alcaldía o municipio: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Entidad federativa:</w:t>
            </w:r>
          </w:p>
        </w:tc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Teléfono o celular:</w:t>
            </w:r>
          </w:p>
        </w:tc>
      </w:tr>
      <w:tr>
        <w:tc>
          <w:tcPr>
            <w:tcW w:type="dxa" w:w="328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Correo electrónico:</w:t>
            </w:r>
          </w:p>
        </w:tc>
        <w:tc>
          <w:tcPr>
            <w:tcW w:type="dxa" w:w="3288"/>
            <w:gridSpan w:val="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Entidad federativa de nacimiento: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DOCUMENTACIÓN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CURP:</w:t>
            </w:r>
          </w:p>
        </w:tc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RFC con homoclave:</w:t>
            </w:r>
          </w:p>
        </w:tc>
      </w:tr>
      <w:tr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Número de Seguridad Social (IMSS):</w:t>
            </w:r>
          </w:p>
        </w:tc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Número de AFORE:</w:t>
            </w:r>
          </w:p>
        </w:tc>
      </w:tr>
      <w:tr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Licencia de manejo (tipo y número):</w:t>
            </w:r>
          </w:p>
        </w:tc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Cartilla del Servicio Militar Nacional:</w:t>
            </w:r>
          </w:p>
        </w:tc>
      </w:tr>
    </w:tbl>
    <w:p>
      <w:pPr>
        <w:spacing w:before="80"/>
      </w:pPr>
      <w:r>
        <w:rPr>
          <w:i/>
          <w:color w:val="475569"/>
          <w:sz w:val="17"/>
        </w:rPr>
        <w:t>Escribe No aplica en la casilla que no te corresponda, en lugar de dejarla vacía.</w:t>
      </w:r>
    </w:p>
    <w:p>
      <w:pPr>
        <w:spacing w:before="240" w:after="60"/>
      </w:pPr>
      <w:r>
        <w:rPr>
          <w:b/>
          <w:color w:val="0F172A"/>
          <w:sz w:val="21"/>
        </w:rPr>
        <w:t>ESCOLARIDAD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Nivel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Nombre de la escuela</w:t>
            </w:r>
          </w:p>
        </w:tc>
        <w:tc>
          <w:tcPr>
            <w:tcW w:type="dxa" w:w="119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De (año)</w:t>
            </w:r>
          </w:p>
        </w:tc>
        <w:tc>
          <w:tcPr>
            <w:tcW w:type="dxa" w:w="119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 (año)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Documento obtenido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Secundaria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19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19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Bachillerato o carrera técnica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19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19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Licenciatura o ingeniería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19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19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Cursos o certificaciones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19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19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EMPLEOS ANTERIORES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Empresa</w:t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Puesto</w:t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De (mes y año)</w:t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 (mes y año)</w:t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Motivo de separación</w:t>
            </w:r>
          </w:p>
        </w:tc>
      </w:tr>
      <w:tr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26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3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986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Actividades que realizabas en tu último empleo:</w:t>
            </w:r>
          </w:p>
        </w:tc>
      </w:tr>
      <w:tr>
        <w:tc>
          <w:tcPr>
            <w:tcW w:type="dxa" w:w="986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Jefe inmediato y teléfono donde podemos pedir informes: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CONOCIMIENTOS Y HABILIDADES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932"/>
            <w:gridSpan w:val="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Equipo, maquinaria o sistemas que sabes manejar:</w:t>
            </w:r>
          </w:p>
        </w:tc>
      </w:tr>
      <w:tr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Idiomas y nivel:</w:t>
            </w:r>
          </w:p>
        </w:tc>
        <w:tc>
          <w:tcPr>
            <w:tcW w:type="dxa" w:w="4932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Manejo de computadora (nivel):</w:t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REFERENCIAS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Nombre</w:t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Ocupación o empresa</w:t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Teléfono</w:t>
            </w:r>
          </w:p>
        </w:tc>
        <w:tc>
          <w:tcPr>
            <w:tcW w:type="dxa" w:w="170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Años de conocerlo</w:t>
            </w:r>
          </w:p>
        </w:tc>
      </w:tr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70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04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70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520" w:after="0"/>
        <w:jc w:val="center"/>
      </w:pPr>
      <w:r>
        <w:t>______________________________________</w:t>
      </w:r>
    </w:p>
    <w:p>
      <w:pPr>
        <w:spacing w:after="0"/>
        <w:jc w:val="center"/>
      </w:pPr>
      <w:r>
        <w:rPr>
          <w:color w:val="475569"/>
          <w:sz w:val="17"/>
        </w:rPr>
        <w:t>Declaro que los datos anteriores son verdaderos y autorizo su verificación.</w:t>
      </w:r>
    </w:p>
    <w:p>
      <w:pPr>
        <w:spacing w:after="0"/>
        <w:jc w:val="center"/>
      </w:pPr>
      <w:r>
        <w:rPr>
          <w:color w:val="475569"/>
          <w:sz w:val="17"/>
        </w:rPr>
        <w:t>Nombre y firma del solicitante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cazvid.com/es/formato-solicitud-de-empleo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