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0F172A"/>
          <w:sz w:val="32"/>
        </w:rPr>
        <w:t>SOLICITUD DE EMPLEO</w:t>
      </w:r>
    </w:p>
    <w:p>
      <w:pPr>
        <w:spacing w:after="160"/>
        <w:jc w:val="center"/>
      </w:pPr>
      <w:r>
        <w:rPr>
          <w:color w:val="475569"/>
          <w:sz w:val="18"/>
        </w:rPr>
        <w:t>Para primer empleo, tiendas, restaurantes y atención al cliente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4252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Puesto que solicita:</w:t>
            </w:r>
          </w:p>
        </w:tc>
        <w:tc>
          <w:tcPr>
            <w:tcW w:type="dxa" w:w="294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Sueldo mensual deseado:</w:t>
            </w:r>
          </w:p>
        </w:tc>
        <w:tc>
          <w:tcPr>
            <w:tcW w:type="dxa" w:w="2665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Fecha:</w:t>
            </w:r>
          </w:p>
        </w:tc>
      </w:tr>
      <w:tr>
        <w:tc>
          <w:tcPr>
            <w:tcW w:type="dxa" w:w="4252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Fecha en que puede presentarse a trabajar:</w:t>
            </w:r>
          </w:p>
        </w:tc>
        <w:tc>
          <w:tcPr>
            <w:tcW w:type="dxa" w:w="2665"/>
            <w:gridSpan w:val="2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Turno disponible:</w:t>
            </w:r>
          </w:p>
        </w:tc>
      </w:tr>
    </w:tbl>
    <w:p>
      <w:pPr>
        <w:spacing w:before="240" w:after="60"/>
      </w:pPr>
      <w:r>
        <w:rPr>
          <w:b/>
          <w:color w:val="0F172A"/>
          <w:sz w:val="21"/>
        </w:rPr>
        <w:t>DATOS PERSONALES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6576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Nombre completo:</w:t>
            </w:r>
          </w:p>
        </w:tc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Edad:</w:t>
            </w:r>
          </w:p>
        </w:tc>
      </w:tr>
      <w:tr>
        <w:tc>
          <w:tcPr>
            <w:tcW w:type="dxa" w:w="6576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Calle, número y colonia:</w:t>
            </w:r>
          </w:p>
        </w:tc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Código postal:</w:t>
            </w:r>
          </w:p>
        </w:tc>
      </w:tr>
      <w:tr>
        <w:tc>
          <w:tcPr>
            <w:tcW w:type="dxa" w:w="6576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Alcaldía o municipio, entidad:</w:t>
            </w:r>
          </w:p>
        </w:tc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Teléfono o celular:</w:t>
            </w:r>
          </w:p>
        </w:tc>
      </w:tr>
      <w:tr>
        <w:tc>
          <w:tcPr>
            <w:tcW w:type="dxa" w:w="6576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Correo electrónico:</w:t>
            </w:r>
          </w:p>
        </w:tc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Fecha de nacimiento:</w:t>
            </w:r>
          </w:p>
        </w:tc>
      </w:tr>
    </w:tbl>
    <w:p>
      <w:pPr>
        <w:spacing w:before="240" w:after="60"/>
      </w:pPr>
      <w:r>
        <w:rPr>
          <w:b/>
          <w:color w:val="0F172A"/>
          <w:sz w:val="21"/>
        </w:rPr>
        <w:t>DOCUMENTACIÓN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932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CURP:</w:t>
            </w:r>
          </w:p>
        </w:tc>
        <w:tc>
          <w:tcPr>
            <w:tcW w:type="dxa" w:w="4932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RFC (si ya lo tramitaste):</w:t>
            </w:r>
          </w:p>
        </w:tc>
      </w:tr>
      <w:tr>
        <w:tc>
          <w:tcPr>
            <w:tcW w:type="dxa" w:w="4932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Número de Seguridad Social (si ya cotizaste):</w:t>
            </w:r>
          </w:p>
        </w:tc>
        <w:tc>
          <w:tcPr>
            <w:tcW w:type="dxa" w:w="4932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Cartilla militar (hombres):</w:t>
            </w:r>
          </w:p>
        </w:tc>
      </w:tr>
    </w:tbl>
    <w:p>
      <w:pPr>
        <w:spacing w:before="80"/>
      </w:pPr>
      <w:r>
        <w:rPr>
          <w:i/>
          <w:color w:val="475569"/>
          <w:sz w:val="17"/>
        </w:rPr>
        <w:t>Si todavía no tienes RFC o Número de Seguridad Social, escribe En trámite o No aplica.</w:t>
      </w:r>
    </w:p>
    <w:p>
      <w:pPr>
        <w:spacing w:before="240" w:after="60"/>
      </w:pPr>
      <w:r>
        <w:rPr>
          <w:b/>
          <w:color w:val="0F172A"/>
          <w:sz w:val="21"/>
        </w:rPr>
        <w:t>ESCOLARIDAD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Último grado de estudios:</w:t>
            </w:r>
          </w:p>
        </w:tc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Escuela:</w:t>
            </w:r>
          </w:p>
        </w:tc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Año:</w:t>
            </w:r>
          </w:p>
        </w:tc>
      </w:tr>
      <w:tr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Estudias actualmente:</w:t>
            </w:r>
          </w:p>
        </w:tc>
        <w:tc>
          <w:tcPr>
            <w:tcW w:type="dxa" w:w="3288"/>
            <w:gridSpan w:val="2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Qué estudias y en qué horario:</w:t>
            </w:r>
          </w:p>
        </w:tc>
      </w:tr>
      <w:tr>
        <w:tc>
          <w:tcPr>
            <w:tcW w:type="dxa" w:w="3288"/>
            <w:gridSpan w:val="3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Cursos, talleres o certificados:</w:t>
            </w:r>
          </w:p>
        </w:tc>
      </w:tr>
    </w:tbl>
    <w:p>
      <w:pPr>
        <w:spacing w:before="240" w:after="60"/>
      </w:pPr>
      <w:r>
        <w:rPr>
          <w:b/>
          <w:color w:val="0F172A"/>
          <w:sz w:val="21"/>
        </w:rPr>
        <w:t>EXPERIENCIA, PRÁCTICAS Y ACTIVIDADES</w:t>
      </w:r>
    </w:p>
    <w:p>
      <w:pPr>
        <w:spacing w:before="80"/>
      </w:pPr>
      <w:r>
        <w:rPr>
          <w:i/>
          <w:color w:val="475569"/>
          <w:sz w:val="17"/>
        </w:rPr>
        <w:t>Cuenta aquí lo que sí has hecho aunque no haya sido un empleo formal: servicio social, prácticas, apoyo en un negocio familiar, ventas por redes, cuidado de niños, eventos.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835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Actividad</w:t>
            </w:r>
          </w:p>
        </w:tc>
        <w:tc>
          <w:tcPr>
            <w:tcW w:type="dxa" w:w="306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Lugar o para quién</w:t>
            </w:r>
          </w:p>
        </w:tc>
        <w:tc>
          <w:tcPr>
            <w:tcW w:type="dxa" w:w="198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De (mes y año)</w:t>
            </w:r>
          </w:p>
        </w:tc>
        <w:tc>
          <w:tcPr>
            <w:tcW w:type="dxa" w:w="198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A (mes y año)</w:t>
            </w:r>
          </w:p>
        </w:tc>
      </w:tr>
      <w:tr>
        <w:tc>
          <w:tcPr>
            <w:tcW w:type="dxa" w:w="2835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306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98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98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2835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306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98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98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9865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Qué aprendiste y qué sabes hacer bien:</w:t>
            </w:r>
          </w:p>
        </w:tc>
      </w:tr>
    </w:tbl>
    <w:p>
      <w:pPr>
        <w:spacing w:before="240" w:after="60"/>
      </w:pPr>
      <w:r>
        <w:rPr>
          <w:b/>
          <w:color w:val="0F172A"/>
          <w:sz w:val="21"/>
        </w:rPr>
        <w:t>DISPONIBILIDAD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932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Turnos que puedes cubrir:</w:t>
            </w:r>
          </w:p>
        </w:tc>
        <w:tc>
          <w:tcPr>
            <w:tcW w:type="dxa" w:w="4932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Puedes trabajar fines de semana:</w:t>
            </w:r>
          </w:p>
        </w:tc>
      </w:tr>
      <w:tr>
        <w:tc>
          <w:tcPr>
            <w:tcW w:type="dxa" w:w="4932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Fecha en que puedes empezar:</w:t>
            </w:r>
          </w:p>
        </w:tc>
        <w:tc>
          <w:tcPr>
            <w:tcW w:type="dxa" w:w="4932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Tiempo de traslado a la sucursal:</w:t>
            </w:r>
          </w:p>
        </w:tc>
      </w:tr>
    </w:tbl>
    <w:p>
      <w:pPr>
        <w:spacing w:before="240" w:after="60"/>
      </w:pPr>
      <w:r>
        <w:rPr>
          <w:b/>
          <w:color w:val="0F172A"/>
          <w:sz w:val="21"/>
        </w:rPr>
        <w:t>REFERENCIAS PERSONALES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2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Nombre</w:t>
            </w:r>
          </w:p>
        </w:tc>
        <w:tc>
          <w:tcPr>
            <w:tcW w:type="dxa" w:w="362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Cómo te conoce</w:t>
            </w:r>
          </w:p>
        </w:tc>
        <w:tc>
          <w:tcPr>
            <w:tcW w:type="dxa" w:w="260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Teléfono</w:t>
            </w:r>
          </w:p>
        </w:tc>
      </w:tr>
      <w:tr>
        <w:tc>
          <w:tcPr>
            <w:tcW w:type="dxa" w:w="362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362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60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362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362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60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</w:tbl>
    <w:p>
      <w:pPr>
        <w:spacing w:before="80"/>
      </w:pPr>
      <w:r>
        <w:rPr>
          <w:i/>
          <w:color w:val="475569"/>
          <w:sz w:val="17"/>
        </w:rPr>
        <w:t>Avísales antes de anotarlos, para que contesten cuando la empresa llame.</w:t>
      </w:r>
    </w:p>
    <w:p>
      <w:pPr>
        <w:spacing w:before="520" w:after="0"/>
        <w:jc w:val="center"/>
      </w:pPr>
      <w:r>
        <w:t>______________________________________</w:t>
      </w:r>
    </w:p>
    <w:p>
      <w:pPr>
        <w:spacing w:after="0"/>
        <w:jc w:val="center"/>
      </w:pPr>
      <w:r>
        <w:rPr>
          <w:color w:val="475569"/>
          <w:sz w:val="17"/>
        </w:rPr>
        <w:t>Declaro que los datos anteriores son verdaderos y autorizo su verificación.</w:t>
      </w:r>
    </w:p>
    <w:p>
      <w:pPr>
        <w:spacing w:after="0"/>
        <w:jc w:val="center"/>
      </w:pPr>
      <w:r>
        <w:rPr>
          <w:color w:val="475569"/>
          <w:sz w:val="17"/>
        </w:rPr>
        <w:t>Nombre y firma del solicitante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75569"/>
        <w:sz w:val="16"/>
      </w:rPr>
      <w:t>Formato gratuito de CazVid - cazvid.com/es/formato-solicitud-de-empleo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CazVid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es-MX</dc:language>
</cp:coreProperties>
</file>