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HOJA DE VIDA</w:t>
      </w:r>
    </w:p>
    <w:p>
      <w:pPr>
        <w:spacing w:after="160"/>
        <w:jc w:val="center"/>
      </w:pPr>
      <w:r>
        <w:rPr>
          <w:color w:val="475569"/>
          <w:sz w:val="18"/>
        </w:rPr>
        <w:t>Formato general para empresas en Panamá</w:t>
      </w:r>
    </w:p>
    <w:p>
      <w:pPr>
        <w:spacing w:before="240" w:after="60"/>
      </w:pPr>
      <w:r>
        <w:rPr>
          <w:b/>
          <w:color w:val="0F172A"/>
          <w:sz w:val="21"/>
        </w:rPr>
        <w:t>DATOS PERSONALES</w:t>
      </w:r>
    </w:p>
    <w:p>
      <w:pPr>
        <w:spacing w:after="40"/>
      </w:pPr>
      <w:r>
        <w:t>[Nombres] [Apellido paterno] [Apellido materno]</w:t>
      </w:r>
    </w:p>
    <w:p>
      <w:pPr>
        <w:spacing w:after="40"/>
      </w:pPr>
      <w:r>
        <w:t>Cédula: [número]   |   Fecha de nacimiento: [día/mes/año]</w:t>
      </w:r>
    </w:p>
    <w:p>
      <w:pPr>
        <w:spacing w:after="40"/>
      </w:pPr>
      <w:r>
        <w:t>Celular: [número]   |   Correo: [correo electrónico]</w:t>
      </w:r>
    </w:p>
    <w:p>
      <w:pPr>
        <w:spacing w:after="40"/>
      </w:pPr>
      <w:r>
        <w:t>Residencia: [corregimiento], [distrito], [provincia]</w:t>
      </w:r>
    </w:p>
    <w:p>
      <w:pPr>
        <w:spacing w:after="40"/>
      </w:pPr>
      <w:r>
        <w:t>Estado civil: [soltero, casado, unido, viudo]   |   Nacionalidad: [nacionalidad]</w:t>
      </w:r>
    </w:p>
    <w:p>
      <w:pPr>
        <w:spacing w:before="240" w:after="60"/>
      </w:pPr>
      <w:r>
        <w:rPr>
          <w:b/>
          <w:color w:val="0F172A"/>
          <w:sz w:val="21"/>
        </w:rPr>
        <w:t>CARGO AL QUE ASPIRA</w:t>
      </w:r>
    </w:p>
    <w:p>
      <w:pPr>
        <w:spacing w:after="40"/>
      </w:pPr>
      <w:r>
        <w:t>[Cargo]   |   Aspiración salarial: [monto mensual]   |   Disponibilidad: [fecha]</w:t>
      </w:r>
    </w:p>
    <w:p>
      <w:pPr>
        <w:spacing w:before="240" w:after="60"/>
      </w:pPr>
      <w:r>
        <w:rPr>
          <w:b/>
          <w:color w:val="0F172A"/>
          <w:sz w:val="21"/>
        </w:rPr>
        <w:t>ESTUDIOS REALIZADOS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Nivel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Centro de estudio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Título</w:t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Año</w:t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Primaria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Secundaria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Universitaria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Postgrado u otros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IDIOMAS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Idioma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Lectura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Escritura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Conversación</w:t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Español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Inglés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[Otro]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80"/>
      </w:pPr>
      <w:r>
        <w:rPr>
          <w:i/>
          <w:color w:val="475569"/>
          <w:sz w:val="17"/>
        </w:rPr>
        <w:t>Marca cada casilla con Bien, Regular o Poco.</w:t>
      </w:r>
    </w:p>
    <w:p>
      <w:pPr>
        <w:spacing w:before="240" w:after="60"/>
      </w:pPr>
      <w:r>
        <w:rPr>
          <w:b/>
          <w:color w:val="0F172A"/>
          <w:sz w:val="21"/>
        </w:rPr>
        <w:t>EXPERIENCIA PROFESIONAL</w:t>
      </w:r>
    </w:p>
    <w:p>
      <w:pPr>
        <w:spacing w:after="40"/>
      </w:pPr>
      <w:r>
        <w:t>[Institución o empresa] - [Cargo] - [mes y año] a [mes y año]</w:t>
      </w:r>
    </w:p>
    <w:p>
      <w:pPr>
        <w:pStyle w:val="ListBullet"/>
        <w:spacing w:after="40"/>
      </w:pPr>
      <w:r>
        <w:t>[Funciones principales]</w:t>
      </w:r>
    </w:p>
    <w:p>
      <w:pPr>
        <w:pStyle w:val="ListBullet"/>
        <w:spacing w:after="40"/>
      </w:pPr>
      <w:r>
        <w:t>[Logro o resultado]</w:t>
      </w:r>
    </w:p>
    <w:p>
      <w:pPr>
        <w:spacing w:after="40"/>
      </w:pPr>
      <w:r>
        <w:t>[Institución o empresa] - [Cargo] - [mes y año] a [mes y año]</w:t>
      </w:r>
    </w:p>
    <w:p>
      <w:pPr>
        <w:pStyle w:val="ListBullet"/>
        <w:spacing w:after="40"/>
      </w:pPr>
      <w:r>
        <w:t>[Funciones principales]</w:t>
      </w:r>
    </w:p>
    <w:p>
      <w:pPr>
        <w:pStyle w:val="ListBullet"/>
        <w:spacing w:after="40"/>
      </w:pPr>
      <w:r>
        <w:t>[Logro o resultado]</w:t>
      </w:r>
    </w:p>
    <w:p>
      <w:pPr>
        <w:spacing w:after="40"/>
      </w:pPr>
      <w:r>
        <w:t>[Institución o empresa] - [Cargo] - [mes y año] a [mes y año]</w:t>
      </w:r>
    </w:p>
    <w:p>
      <w:pPr>
        <w:pStyle w:val="ListBullet"/>
        <w:spacing w:after="40"/>
      </w:pPr>
      <w:r>
        <w:t>[Funciones principales]</w:t>
      </w:r>
    </w:p>
    <w:p>
      <w:pPr>
        <w:pStyle w:val="ListBullet"/>
        <w:spacing w:after="40"/>
      </w:pPr>
      <w:r>
        <w:t>[Logro o resultado]</w:t>
      </w:r>
    </w:p>
    <w:p>
      <w:pPr>
        <w:spacing w:before="240" w:after="60"/>
      </w:pPr>
      <w:r>
        <w:rPr>
          <w:b/>
          <w:color w:val="0F172A"/>
          <w:sz w:val="21"/>
        </w:rPr>
        <w:t>OCUPACIÓN ACTUAL</w:t>
      </w:r>
    </w:p>
    <w:p>
      <w:pPr>
        <w:spacing w:after="40"/>
      </w:pPr>
      <w:r>
        <w:t>[Cargo y empresa]   |   Motivo por el que deseas cambiar: [razón breve]</w:t>
      </w:r>
    </w:p>
    <w:p>
      <w:pPr>
        <w:spacing w:before="240" w:after="60"/>
      </w:pPr>
      <w:r>
        <w:rPr>
          <w:b/>
          <w:color w:val="0F172A"/>
          <w:sz w:val="21"/>
        </w:rPr>
        <w:t>REFERENCIAS PERSONALES</w:t>
      </w:r>
    </w:p>
    <w:p>
      <w:pPr>
        <w:spacing w:before="80"/>
      </w:pPr>
      <w:r>
        <w:rPr>
          <w:i/>
          <w:color w:val="475569"/>
          <w:sz w:val="17"/>
        </w:rPr>
        <w:t>En Panamá suelen pedirse tres, y no deben ser familiares directos.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</w:t>
            </w:r>
          </w:p>
        </w:tc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Dirección de trabajo o residencia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 o celular</w:t>
            </w:r>
          </w:p>
        </w:tc>
      </w:tr>
      <w:tr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cazvid.com/es/formato-hoja-de-vida-panama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es-PA</dc:language>
</cp:coreProperties>
</file>