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F172A"/>
          <w:sz w:val="32"/>
        </w:rPr>
        <w:t>HOJA DE VIDA</w:t>
      </w:r>
    </w:p>
    <w:p>
      <w:pPr>
        <w:spacing w:after="160"/>
        <w:jc w:val="center"/>
      </w:pPr>
      <w:r>
        <w:rPr>
          <w:color w:val="475569"/>
          <w:sz w:val="18"/>
        </w:rPr>
        <w:t>Para el primer empleo, comercio y atención al cliente</w:t>
      </w:r>
    </w:p>
    <w:p>
      <w:pPr>
        <w:spacing w:before="240" w:after="60"/>
      </w:pPr>
      <w:r>
        <w:rPr>
          <w:b/>
          <w:color w:val="0F172A"/>
          <w:sz w:val="21"/>
        </w:rPr>
        <w:t>DATOS PERSONALES</w:t>
      </w:r>
    </w:p>
    <w:p>
      <w:pPr>
        <w:spacing w:after="40"/>
      </w:pPr>
      <w:r>
        <w:t>[Nombres] [Apellido paterno] [Apellido materno]</w:t>
      </w:r>
    </w:p>
    <w:p>
      <w:pPr>
        <w:spacing w:after="40"/>
      </w:pPr>
      <w:r>
        <w:t>Cédula: [número]   |   Fecha de nacimiento: [día/mes/año]</w:t>
      </w:r>
    </w:p>
    <w:p>
      <w:pPr>
        <w:spacing w:after="40"/>
      </w:pPr>
      <w:r>
        <w:t>Celular: [número]   |   Correo: [correo electrónico]</w:t>
      </w:r>
    </w:p>
    <w:p>
      <w:pPr>
        <w:spacing w:after="40"/>
      </w:pPr>
      <w:r>
        <w:t>Residencia: [corregimiento], [distrito], [provincia]</w:t>
      </w:r>
    </w:p>
    <w:p>
      <w:pPr>
        <w:spacing w:before="240" w:after="60"/>
      </w:pPr>
      <w:r>
        <w:rPr>
          <w:b/>
          <w:color w:val="0F172A"/>
          <w:sz w:val="21"/>
        </w:rPr>
        <w:t>OBJETIVO</w:t>
      </w:r>
    </w:p>
    <w:p>
      <w:r>
        <w:t>[Escribe de 3 a 4 líneas: qué estudiaste o estás estudiando, qué sabes hacer, tus fortalezas y qué tipo de trabajo buscas.]</w:t>
      </w:r>
    </w:p>
    <w:p>
      <w:pPr>
        <w:spacing w:before="240" w:after="60"/>
      </w:pPr>
      <w:r>
        <w:rPr>
          <w:b/>
          <w:color w:val="0F172A"/>
          <w:sz w:val="21"/>
        </w:rPr>
        <w:t>ESTUDIOS REALIZADOS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Nivel</w:t>
            </w:r>
          </w:p>
        </w:tc>
        <w:tc>
          <w:tcPr>
            <w:tcW w:type="dxa" w:w="374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Centro de estudio</w:t>
            </w:r>
          </w:p>
        </w:tc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Título o año en curso</w:t>
            </w:r>
          </w:p>
        </w:tc>
      </w:tr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Secundaria</w:t>
            </w:r>
          </w:p>
        </w:tc>
        <w:tc>
          <w:tcPr>
            <w:tcW w:type="dxa" w:w="3742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Universitaria o técnica</w:t>
            </w:r>
          </w:p>
        </w:tc>
        <w:tc>
          <w:tcPr>
            <w:tcW w:type="dxa" w:w="3742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Cursos y seminarios</w:t>
            </w:r>
          </w:p>
        </w:tc>
        <w:tc>
          <w:tcPr>
            <w:tcW w:type="dxa" w:w="3742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62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IDIOMAS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Idioma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Lectura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Escritura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Conversación</w:t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Español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Inglés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[Otro]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80"/>
      </w:pPr>
      <w:r>
        <w:rPr>
          <w:i/>
          <w:color w:val="475569"/>
          <w:sz w:val="17"/>
        </w:rPr>
        <w:t>Marca cada casilla con Bien, Regular o Poco.</w:t>
      </w:r>
    </w:p>
    <w:p>
      <w:pPr>
        <w:spacing w:before="240" w:after="60"/>
      </w:pPr>
      <w:r>
        <w:rPr>
          <w:b/>
          <w:color w:val="0F172A"/>
          <w:sz w:val="21"/>
        </w:rPr>
        <w:t>PRÁCTICA PROFESIONAL Y ACTIVIDADES</w:t>
      </w:r>
    </w:p>
    <w:p>
      <w:pPr>
        <w:spacing w:before="80"/>
      </w:pPr>
      <w:r>
        <w:rPr>
          <w:i/>
          <w:color w:val="475569"/>
          <w:sz w:val="17"/>
        </w:rPr>
        <w:t>La práctica profesional, el voluntariado y el apoyo en un negocio familiar cuentan: descríbelos con fechas y funciones, igual que un empleo.</w:t>
      </w:r>
    </w:p>
    <w:p>
      <w:pPr>
        <w:spacing w:after="40"/>
      </w:pPr>
      <w:r>
        <w:t>[Actividad] - [Lugar u organización] - [mes y año] a [mes y año]</w:t>
      </w:r>
    </w:p>
    <w:p>
      <w:pPr>
        <w:pStyle w:val="ListBullet"/>
        <w:spacing w:after="40"/>
      </w:pPr>
      <w:r>
        <w:t>[Qué hacías]</w:t>
      </w:r>
    </w:p>
    <w:p>
      <w:pPr>
        <w:pStyle w:val="ListBullet"/>
        <w:spacing w:after="40"/>
      </w:pPr>
      <w:r>
        <w:t>[Qué aprendiste]</w:t>
      </w:r>
    </w:p>
    <w:p>
      <w:pPr>
        <w:spacing w:after="40"/>
      </w:pPr>
      <w:r>
        <w:t>[Actividad] - [Lugar u organización] - [mes y año] a [mes y año]</w:t>
      </w:r>
    </w:p>
    <w:p>
      <w:pPr>
        <w:pStyle w:val="ListBullet"/>
        <w:spacing w:after="40"/>
      </w:pPr>
      <w:r>
        <w:t>[Qué hacías]</w:t>
      </w:r>
    </w:p>
    <w:p>
      <w:pPr>
        <w:pStyle w:val="ListBullet"/>
        <w:spacing w:after="40"/>
      </w:pPr>
      <w:r>
        <w:t>[Qué aprendiste]</w:t>
      </w:r>
    </w:p>
    <w:p>
      <w:pPr>
        <w:spacing w:before="240" w:after="60"/>
      </w:pPr>
      <w:r>
        <w:rPr>
          <w:b/>
          <w:color w:val="0F172A"/>
          <w:sz w:val="21"/>
        </w:rPr>
        <w:t>HABILIDADES</w:t>
      </w:r>
    </w:p>
    <w:p>
      <w:pPr>
        <w:pStyle w:val="ListBullet"/>
        <w:spacing w:after="40"/>
      </w:pPr>
      <w:r>
        <w:t>[Atención al cliente]</w:t>
      </w:r>
    </w:p>
    <w:p>
      <w:pPr>
        <w:pStyle w:val="ListBullet"/>
        <w:spacing w:after="40"/>
      </w:pPr>
      <w:r>
        <w:t>[Manejo de caja o inventario]</w:t>
      </w:r>
    </w:p>
    <w:p>
      <w:pPr>
        <w:pStyle w:val="ListBullet"/>
        <w:spacing w:after="40"/>
      </w:pPr>
      <w:r>
        <w:t>[Excel y correo electrónico]</w:t>
      </w:r>
    </w:p>
    <w:p>
      <w:pPr>
        <w:pStyle w:val="ListBullet"/>
        <w:spacing w:after="40"/>
      </w:pPr>
      <w:r>
        <w:t>[Otra habilidad que puedas demostrar]</w:t>
      </w:r>
    </w:p>
    <w:p>
      <w:pPr>
        <w:spacing w:before="240" w:after="60"/>
      </w:pPr>
      <w:r>
        <w:rPr>
          <w:b/>
          <w:color w:val="0F172A"/>
          <w:sz w:val="21"/>
        </w:rPr>
        <w:t>DISPONIBILIDAD</w:t>
      </w:r>
    </w:p>
    <w:p>
      <w:pPr>
        <w:spacing w:after="40"/>
      </w:pPr>
      <w:r>
        <w:t>Turnos: [turnos que puedes cubrir]   |   Puedes empezar: [fecha]</w:t>
      </w:r>
    </w:p>
    <w:p>
      <w:pPr>
        <w:spacing w:before="240" w:after="60"/>
      </w:pPr>
      <w:r>
        <w:rPr>
          <w:b/>
          <w:color w:val="0F172A"/>
          <w:sz w:val="21"/>
        </w:rPr>
        <w:t>REFERENCIAS PERSONALES</w:t>
      </w:r>
    </w:p>
    <w:p>
      <w:pPr>
        <w:spacing w:before="80"/>
      </w:pPr>
      <w:r>
        <w:rPr>
          <w:i/>
          <w:color w:val="475569"/>
          <w:sz w:val="17"/>
        </w:rPr>
        <w:t>Tres personas que no sean familiares directos.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</w:t>
            </w:r>
          </w:p>
        </w:tc>
        <w:tc>
          <w:tcPr>
            <w:tcW w:type="dxa" w:w="340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Cómo te conoce</w:t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Teléfono o celular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402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402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402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cazvid.com/es/formato-hoja-de-vida-panama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es-PA</dc:language>
</cp:coreProperties>
</file>