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0F172A"/>
          <w:sz w:val="32"/>
        </w:rPr>
        <w:t>HOJA DE VIDA</w:t>
      </w:r>
    </w:p>
    <w:p>
      <w:pPr>
        <w:spacing w:after="160"/>
        <w:jc w:val="center"/>
      </w:pPr>
      <w:r>
        <w:rPr>
          <w:color w:val="475569"/>
          <w:sz w:val="18"/>
        </w:rPr>
        <w:t>Formato extendido, con obras publicadas y referencias, para cargos profesionales</w:t>
      </w:r>
    </w:p>
    <w:p>
      <w:pPr>
        <w:spacing w:before="240" w:after="60"/>
      </w:pPr>
      <w:r>
        <w:rPr>
          <w:b/>
          <w:color w:val="0F172A"/>
          <w:sz w:val="21"/>
        </w:rPr>
        <w:t>DATOS PERSONALES</w:t>
      </w:r>
    </w:p>
    <w:p>
      <w:pPr>
        <w:spacing w:after="40"/>
      </w:pPr>
      <w:r>
        <w:t>[Nombres] [Apellido paterno] [Apellido materno]</w:t>
      </w:r>
    </w:p>
    <w:p>
      <w:pPr>
        <w:spacing w:after="40"/>
      </w:pPr>
      <w:r>
        <w:t>Cédula: [número]   |   Fecha de nacimiento: [día/mes/año]</w:t>
      </w:r>
    </w:p>
    <w:p>
      <w:pPr>
        <w:spacing w:after="40"/>
      </w:pPr>
      <w:r>
        <w:t>Celular: [número]   |   Correo: [correo electrónico]</w:t>
      </w:r>
    </w:p>
    <w:p>
      <w:pPr>
        <w:spacing w:after="40"/>
      </w:pPr>
      <w:r>
        <w:t>Residencia: [corregimiento], [distrito], [provincia]</w:t>
      </w:r>
    </w:p>
    <w:p>
      <w:pPr>
        <w:spacing w:after="40"/>
      </w:pPr>
      <w:r>
        <w:t>Estado civil: [estado civil]   |   Nacionalidad: [nacionalidad]</w:t>
      </w:r>
    </w:p>
    <w:p>
      <w:pPr>
        <w:spacing w:after="40"/>
      </w:pPr>
      <w:r>
        <w:t>Idoneidad profesional: [número, si tu profesión la requiere]</w:t>
      </w:r>
    </w:p>
    <w:p>
      <w:pPr>
        <w:spacing w:before="240" w:after="60"/>
      </w:pPr>
      <w:r>
        <w:rPr>
          <w:b/>
          <w:color w:val="0F172A"/>
          <w:sz w:val="21"/>
        </w:rPr>
        <w:t>RESUMEN PROFESIONAL</w:t>
      </w:r>
    </w:p>
    <w:p>
      <w:r>
        <w:t>[De 4 a 6 líneas: tu profesión, años de ejercicio, áreas de especialidad, dos o tres logros medibles y el tipo de posición que buscas.]</w:t>
      </w:r>
    </w:p>
    <w:p>
      <w:pPr>
        <w:spacing w:before="240" w:after="60"/>
      </w:pPr>
      <w:r>
        <w:rPr>
          <w:b/>
          <w:color w:val="0F172A"/>
          <w:sz w:val="21"/>
        </w:rPr>
        <w:t>ESTUDIOS REALIZADOS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15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Nivel</w:t>
            </w:r>
          </w:p>
        </w:tc>
        <w:tc>
          <w:tcPr>
            <w:tcW w:type="dxa" w:w="3175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Centro de estudio</w:t>
            </w:r>
          </w:p>
        </w:tc>
        <w:tc>
          <w:tcPr>
            <w:tcW w:type="dxa" w:w="294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Título obtenido</w:t>
            </w:r>
          </w:p>
        </w:tc>
        <w:tc>
          <w:tcPr>
            <w:tcW w:type="dxa" w:w="1587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Año</w:t>
            </w:r>
          </w:p>
        </w:tc>
      </w:tr>
      <w:tr>
        <w:tc>
          <w:tcPr>
            <w:tcW w:type="dxa" w:w="215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Universitaria</w:t>
            </w:r>
          </w:p>
        </w:tc>
        <w:tc>
          <w:tcPr>
            <w:tcW w:type="dxa" w:w="3175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94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587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15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Postgrado o maestría</w:t>
            </w:r>
          </w:p>
        </w:tc>
        <w:tc>
          <w:tcPr>
            <w:tcW w:type="dxa" w:w="3175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94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587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15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Doctorado</w:t>
            </w:r>
          </w:p>
        </w:tc>
        <w:tc>
          <w:tcPr>
            <w:tcW w:type="dxa" w:w="3175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94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587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15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Otros estudios</w:t>
            </w:r>
          </w:p>
        </w:tc>
        <w:tc>
          <w:tcPr>
            <w:tcW w:type="dxa" w:w="3175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94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587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</w:tbl>
    <w:p>
      <w:pPr>
        <w:spacing w:before="240" w:after="60"/>
      </w:pPr>
      <w:r>
        <w:rPr>
          <w:b/>
          <w:color w:val="0F172A"/>
          <w:sz w:val="21"/>
        </w:rPr>
        <w:t>IDIOMAS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72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Idioma</w:t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Lectura</w:t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Escritura</w:t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Conversación</w:t>
            </w:r>
          </w:p>
        </w:tc>
      </w:tr>
      <w:tr>
        <w:tc>
          <w:tcPr>
            <w:tcW w:type="dxa" w:w="272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Español</w:t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72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Inglés</w:t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72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[Otro]</w:t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38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</w:tbl>
    <w:p>
      <w:pPr>
        <w:spacing w:before="80"/>
      </w:pPr>
      <w:r>
        <w:rPr>
          <w:i/>
          <w:color w:val="475569"/>
          <w:sz w:val="17"/>
        </w:rPr>
        <w:t>Marca cada casilla con Bien, Regular o Poco.</w:t>
      </w:r>
    </w:p>
    <w:p>
      <w:pPr>
        <w:spacing w:before="240" w:after="60"/>
      </w:pPr>
      <w:r>
        <w:rPr>
          <w:b/>
          <w:color w:val="0F172A"/>
          <w:sz w:val="21"/>
        </w:rPr>
        <w:t>EXPERIENCIA PROFESIONAL</w:t>
      </w:r>
    </w:p>
    <w:p>
      <w:pPr>
        <w:spacing w:after="40"/>
      </w:pPr>
      <w:r>
        <w:t>[Institución o empresa] - [Cargo] - [mes y año] a [mes y año]</w:t>
      </w:r>
    </w:p>
    <w:p>
      <w:pPr>
        <w:pStyle w:val="ListBullet"/>
        <w:spacing w:after="40"/>
      </w:pPr>
      <w:r>
        <w:t>[Responsabilidad principal]</w:t>
      </w:r>
    </w:p>
    <w:p>
      <w:pPr>
        <w:pStyle w:val="ListBullet"/>
        <w:spacing w:after="40"/>
      </w:pPr>
      <w:r>
        <w:t>[Resultado medible, con una cifra si la tienes]</w:t>
      </w:r>
    </w:p>
    <w:p>
      <w:pPr>
        <w:spacing w:after="40"/>
      </w:pPr>
      <w:r>
        <w:t>[Institución o empresa] - [Cargo] - [mes y año] a [mes y año]</w:t>
      </w:r>
    </w:p>
    <w:p>
      <w:pPr>
        <w:pStyle w:val="ListBullet"/>
        <w:spacing w:after="40"/>
      </w:pPr>
      <w:r>
        <w:t>[Responsabilidad principal]</w:t>
      </w:r>
    </w:p>
    <w:p>
      <w:pPr>
        <w:pStyle w:val="ListBullet"/>
        <w:spacing w:after="40"/>
      </w:pPr>
      <w:r>
        <w:t>[Resultado medible, con una cifra si la tienes]</w:t>
      </w:r>
    </w:p>
    <w:p>
      <w:pPr>
        <w:spacing w:after="40"/>
      </w:pPr>
      <w:r>
        <w:t>[Institución o empresa] - [Cargo] - [mes y año] a [mes y año]</w:t>
      </w:r>
    </w:p>
    <w:p>
      <w:pPr>
        <w:pStyle w:val="ListBullet"/>
        <w:spacing w:after="40"/>
      </w:pPr>
      <w:r>
        <w:t>[Responsabilidad principal]</w:t>
      </w:r>
    </w:p>
    <w:p>
      <w:pPr>
        <w:pStyle w:val="ListBullet"/>
        <w:spacing w:after="40"/>
      </w:pPr>
      <w:r>
        <w:t>[Resultado medible, con una cifra si la tienes]</w:t>
      </w:r>
    </w:p>
    <w:p>
      <w:pPr>
        <w:spacing w:before="240" w:after="60"/>
      </w:pPr>
      <w:r>
        <w:rPr>
          <w:b/>
          <w:color w:val="0F172A"/>
          <w:sz w:val="21"/>
        </w:rPr>
        <w:t>OBRAS PUBLICADAS</w:t>
      </w:r>
    </w:p>
    <w:p>
      <w:pPr>
        <w:spacing w:before="80"/>
      </w:pPr>
      <w:r>
        <w:rPr>
          <w:i/>
          <w:color w:val="475569"/>
          <w:sz w:val="17"/>
        </w:rPr>
        <w:t>Sección opcional. Complétala solo si has publicado.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Título</w:t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Materia</w:t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Editorial</w:t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Fecha</w:t>
            </w:r>
          </w:p>
        </w:tc>
      </w:tr>
      <w:tr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3061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49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1814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</w:tbl>
    <w:p>
      <w:pPr>
        <w:spacing w:before="240" w:after="60"/>
      </w:pPr>
      <w:r>
        <w:rPr>
          <w:b/>
          <w:color w:val="0F172A"/>
          <w:sz w:val="21"/>
        </w:rPr>
        <w:t>ASPIRACIONES ECONÓMICAS</w:t>
      </w:r>
    </w:p>
    <w:p>
      <w:pPr>
        <w:spacing w:after="40"/>
      </w:pPr>
      <w:r>
        <w:t>Salario deseado: [monto mensual]   |   Disponibilidad: [fecha]</w:t>
      </w:r>
    </w:p>
    <w:p>
      <w:pPr>
        <w:spacing w:before="240" w:after="60"/>
      </w:pPr>
      <w:r>
        <w:rPr>
          <w:b/>
          <w:color w:val="0F172A"/>
          <w:sz w:val="21"/>
        </w:rPr>
        <w:t>REFERENCIAS PERSONALES</w:t>
      </w:r>
    </w:p>
    <w:p>
      <w:pPr>
        <w:spacing w:before="80"/>
      </w:pPr>
      <w:r>
        <w:rPr>
          <w:i/>
          <w:color w:val="475569"/>
          <w:sz w:val="17"/>
        </w:rPr>
        <w:t>Tres referencias que no sean familiares directos.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94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Nombre</w:t>
            </w:r>
          </w:p>
        </w:tc>
        <w:tc>
          <w:tcPr>
            <w:tcW w:type="dxa" w:w="3969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Dirección de trabajo o residencia</w:t>
            </w:r>
          </w:p>
        </w:tc>
        <w:tc>
          <w:tcPr>
            <w:tcW w:type="dxa" w:w="2948"/>
          </w:tcPr>
          <w:p>
            <w:pPr>
              <w:spacing w:after="120"/>
            </w:pPr>
            <w:r>
              <w:rPr>
                <w:color w:val="475569"/>
                <w:sz w:val="16"/>
              </w:rPr>
              <w:t>Teléfono o celular</w:t>
            </w:r>
          </w:p>
        </w:tc>
      </w:tr>
      <w:tr>
        <w:tc>
          <w:tcPr>
            <w:tcW w:type="dxa" w:w="294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3969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94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94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3969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94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  <w:tr>
        <w:tc>
          <w:tcPr>
            <w:tcW w:type="dxa" w:w="294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3969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  <w:tc>
          <w:tcPr>
            <w:tcW w:type="dxa" w:w="2948"/>
          </w:tcPr>
          <w:p>
            <w:pPr>
              <w:spacing w:after="120"/>
            </w:pPr>
            <w:r>
              <w:rPr>
                <w:color w:val="475569"/>
                <w:sz w:val="16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75569"/>
        <w:sz w:val="16"/>
      </w:rPr>
      <w:t>Formato gratuito de CazVid - cazvid.com/es/formato-hoja-de-vida-panama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CazVid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es-PA</dc:language>
</cp:coreProperties>
</file>