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2"/>
        </w:rPr>
        <w:t>CURRICULUM VITAE</w:t>
      </w:r>
    </w:p>
    <w:p>
      <w:pPr>
        <w:spacing w:after="160"/>
        <w:jc w:val="center"/>
      </w:pPr>
      <w:r>
        <w:rPr>
          <w:color w:val="475569"/>
          <w:sz w:val="18"/>
        </w:rPr>
        <w:t>Plantilla base para armar tu CV documentado. Revisa siempre el Anexo de tu convocatoria.</w:t>
      </w:r>
    </w:p>
    <w:p>
      <w:pPr>
        <w:spacing w:before="240" w:after="60"/>
      </w:pPr>
      <w:r>
        <w:rPr>
          <w:b/>
          <w:color w:val="1D4ED8"/>
          <w:sz w:val="21"/>
        </w:rPr>
        <w:t>DATOS PERSONALES</w:t>
      </w:r>
    </w:p>
    <w:p>
      <w:pPr>
        <w:spacing w:after="40"/>
      </w:pPr>
      <w:r>
        <w:t>Apellidos y nombres: [apellido paterno] [apellido materno], [nombres]</w:t>
      </w:r>
    </w:p>
    <w:p>
      <w:pPr>
        <w:spacing w:after="40"/>
      </w:pPr>
      <w:r>
        <w:t>DNI: [número]   |   RUC: [número, si lo tienes]</w:t>
      </w:r>
    </w:p>
    <w:p>
      <w:pPr>
        <w:spacing w:after="40"/>
      </w:pPr>
      <w:r>
        <w:t>Celular: [número]   |   Correo: [correo electrónico]</w:t>
      </w:r>
    </w:p>
    <w:p>
      <w:pPr>
        <w:spacing w:after="40"/>
      </w:pPr>
      <w:r>
        <w:t>Domicilio: [dirección], [distrito], [provincia], [departamento]</w:t>
      </w:r>
    </w:p>
    <w:p>
      <w:pPr>
        <w:spacing w:after="40"/>
      </w:pPr>
      <w:r>
        <w:t>Colegiatura y habilitación: [número y colegio profesional, si aplica]</w:t>
      </w:r>
    </w:p>
    <w:p>
      <w:pPr>
        <w:spacing w:before="240" w:after="60"/>
      </w:pPr>
      <w:r>
        <w:rPr>
          <w:b/>
          <w:color w:val="1D4ED8"/>
          <w:sz w:val="21"/>
        </w:rPr>
        <w:t>PUESTO AL QUE POSTULA</w:t>
      </w:r>
    </w:p>
    <w:p>
      <w:pPr>
        <w:spacing w:after="40"/>
      </w:pPr>
      <w:r>
        <w:t>Convocatoria: [CAS N.] [año] - [entidad]</w:t>
      </w:r>
    </w:p>
    <w:p>
      <w:pPr>
        <w:spacing w:after="40"/>
      </w:pPr>
      <w:r>
        <w:t>Cargo: [nombre exacto del puesto como aparece en las bases]</w:t>
      </w:r>
    </w:p>
    <w:p>
      <w:pPr>
        <w:spacing w:before="240" w:after="60"/>
      </w:pPr>
      <w:r>
        <w:rPr>
          <w:b/>
          <w:color w:val="1D4ED8"/>
          <w:sz w:val="21"/>
        </w:rPr>
        <w:t>FORMACIÓN ACADÉMICA</w:t>
      </w:r>
    </w:p>
    <w:p>
      <w:pPr>
        <w:spacing w:before="80"/>
      </w:pPr>
      <w:r>
        <w:rPr>
          <w:i/>
          <w:color w:val="475569"/>
          <w:sz w:val="17"/>
        </w:rPr>
        <w:t>Escribe en la última columna el folio donde queda el documento que acredita cada línea.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Grado o título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Institución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Año de egreso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Folio</w:t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1D4ED8"/>
          <w:sz w:val="21"/>
        </w:rPr>
        <w:t>ESTUDIOS COMPLEMENTARIOS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Curso, diplomado o especialización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Institución</w:t>
            </w:r>
          </w:p>
        </w:tc>
        <w:tc>
          <w:tcPr>
            <w:tcW w:type="dxa" w:w="1247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Horas</w:t>
            </w:r>
          </w:p>
        </w:tc>
        <w:tc>
          <w:tcPr>
            <w:tcW w:type="dxa" w:w="1247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Año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Folio</w:t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1D4ED8"/>
          <w:sz w:val="21"/>
        </w:rPr>
        <w:t>EXPERIENCIA LABORAL</w:t>
      </w:r>
    </w:p>
    <w:p>
      <w:pPr>
        <w:spacing w:before="80"/>
      </w:pPr>
      <w:r>
        <w:rPr>
          <w:i/>
          <w:color w:val="475569"/>
          <w:sz w:val="17"/>
        </w:rPr>
        <w:t>Del más reciente al más antiguo, con fechas exactas de inicio y fin.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Entidad o empresa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Cargo</w:t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Desde</w:t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Hasta</w:t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Folio</w:t>
            </w:r>
          </w:p>
        </w:tc>
      </w:tr>
      <w:tr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83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986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Funciones principales en el puesto más reciente:</w:t>
            </w:r>
          </w:p>
        </w:tc>
      </w:tr>
      <w:tr>
        <w:tc>
          <w:tcPr>
            <w:tcW w:type="dxa" w:w="986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Funciones principales en el puesto anterior:</w:t>
            </w:r>
          </w:p>
        </w:tc>
      </w:tr>
    </w:tbl>
    <w:p>
      <w:pPr>
        <w:spacing w:before="240" w:after="60"/>
      </w:pPr>
      <w:r>
        <w:rPr>
          <w:b/>
          <w:color w:val="1D4ED8"/>
          <w:sz w:val="21"/>
        </w:rPr>
        <w:t>IDIOMAS Y OFIMÁTICA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Idioma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Nivel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Programa</w:t>
            </w:r>
          </w:p>
        </w:tc>
        <w:tc>
          <w:tcPr>
            <w:tcW w:type="dxa" w:w="170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Nivel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Folio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70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70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1D4ED8"/>
          <w:sz w:val="21"/>
        </w:rPr>
        <w:t>DECLARACIÓN</w:t>
      </w:r>
    </w:p>
    <w:p>
      <w:r>
        <w:t>Declaro que la información consignada en el presente curriculum vitae es veraz y que los documentos que la sustentan se adjuntan debidamente foliados y firmados.</w:t>
      </w:r>
    </w:p>
    <w:p>
      <w:pPr>
        <w:spacing w:before="520" w:after="0"/>
        <w:jc w:val="center"/>
      </w:pPr>
      <w:r>
        <w:t>______________________________________</w:t>
      </w:r>
    </w:p>
    <w:p>
      <w:pPr>
        <w:spacing w:after="0"/>
        <w:jc w:val="center"/>
      </w:pPr>
      <w:r>
        <w:rPr>
          <w:color w:val="475569"/>
          <w:sz w:val="17"/>
        </w:rPr>
        <w:t>[Apellidos y nombres]</w:t>
      </w:r>
    </w:p>
    <w:p>
      <w:pPr>
        <w:spacing w:after="0"/>
        <w:jc w:val="center"/>
      </w:pPr>
      <w:r>
        <w:rPr>
          <w:color w:val="475569"/>
          <w:sz w:val="17"/>
        </w:rPr>
        <w:t>DNI [número]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cazvid.com/es/cv-documentado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es-PE</dc:language>
</cp:coreProperties>
</file>